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A3FE4" w:rsidP="17432E7D" w:rsidRDefault="00DA3FE4" w14:paraId="6F93B95F" w14:textId="5260C7C6">
      <w:pPr>
        <w:pStyle w:val="Heading1"/>
        <w:rPr>
          <w:sz w:val="36"/>
          <w:szCs w:val="36"/>
        </w:rPr>
      </w:pPr>
      <w:bookmarkStart w:name="_heading=h.dbltjoachtbd" w:id="0"/>
      <w:bookmarkEnd w:id="0"/>
      <w:r w:rsidRPr="17432E7D">
        <w:rPr>
          <w:sz w:val="36"/>
          <w:szCs w:val="36"/>
        </w:rPr>
        <w:t xml:space="preserve">LMC </w:t>
      </w:r>
      <w:r w:rsidRPr="17432E7D" w:rsidR="00380C18">
        <w:rPr>
          <w:sz w:val="36"/>
          <w:szCs w:val="36"/>
        </w:rPr>
        <w:t>Regular Substantive Interaction (</w:t>
      </w:r>
      <w:r w:rsidRPr="17432E7D">
        <w:rPr>
          <w:sz w:val="36"/>
          <w:szCs w:val="36"/>
        </w:rPr>
        <w:t>RSI</w:t>
      </w:r>
      <w:r w:rsidRPr="17432E7D" w:rsidR="00380C18">
        <w:rPr>
          <w:sz w:val="36"/>
          <w:szCs w:val="36"/>
        </w:rPr>
        <w:t xml:space="preserve">) </w:t>
      </w:r>
      <w:r w:rsidRPr="17432E7D">
        <w:rPr>
          <w:sz w:val="36"/>
          <w:szCs w:val="36"/>
        </w:rPr>
        <w:t>Checklist</w:t>
      </w:r>
    </w:p>
    <w:p w:rsidRPr="00DA3FE4" w:rsidR="00DA3FE4" w:rsidP="00DA3FE4" w:rsidRDefault="00DA3FE4" w14:paraId="2BF45FCA" w14:textId="12A528FB">
      <w:pPr>
        <w:pStyle w:val="Heading2"/>
        <w:rPr>
          <w:sz w:val="32"/>
          <w:szCs w:val="32"/>
        </w:rPr>
      </w:pPr>
      <w:r w:rsidRPr="00DA3FE4">
        <w:rPr>
          <w:sz w:val="32"/>
          <w:szCs w:val="32"/>
        </w:rPr>
        <w:t>Substantive Interaction</w:t>
      </w:r>
    </w:p>
    <w:p w:rsidRPr="00DA3FE4" w:rsidR="00DD787E" w:rsidP="17432E7D" w:rsidRDefault="00DA3FE4" w14:paraId="64BD73CE" w14:textId="113B5339">
      <w:pPr>
        <w:rPr>
          <w:b/>
          <w:bCs/>
          <w:lang w:val="en-US"/>
        </w:rPr>
      </w:pPr>
      <w:r w:rsidRPr="17432E7D">
        <w:rPr>
          <w:b/>
          <w:bCs/>
          <w:lang w:val="en-US"/>
        </w:rPr>
        <w:t>Substantive Interaction</w:t>
      </w:r>
      <w:r w:rsidRPr="17432E7D">
        <w:rPr>
          <w:lang w:val="en-US"/>
        </w:rPr>
        <w:t xml:space="preserve"> is engaging students in teaching, learning, and assessment, consistent with the content under discussion, and also </w:t>
      </w:r>
      <w:r w:rsidRPr="17432E7D">
        <w:rPr>
          <w:b/>
          <w:bCs/>
          <w:lang w:val="en-US"/>
        </w:rPr>
        <w:t>includes at least two of the following:</w:t>
      </w:r>
    </w:p>
    <w:p w:rsidR="00DD787E" w:rsidP="044648B5" w:rsidRDefault="00E056B0" w14:paraId="531080B9" w14:textId="77777777">
      <w:pPr>
        <w:rPr>
          <w:b w:val="1"/>
          <w:bCs w:val="1"/>
          <w:lang w:val="en-US"/>
        </w:rPr>
      </w:pPr>
      <w:r w:rsidRPr="044648B5" w:rsidR="00E056B0">
        <w:rPr>
          <w:lang w:val="en-US"/>
        </w:rPr>
        <w:t xml:space="preserve">We need to show at least “Initial” compliance, but </w:t>
      </w:r>
      <w:r w:rsidRPr="044648B5" w:rsidR="00E056B0">
        <w:rPr>
          <w:lang w:val="en-US"/>
        </w:rPr>
        <w:t>let’s</w:t>
      </w:r>
      <w:r w:rsidRPr="044648B5" w:rsidR="00E056B0">
        <w:rPr>
          <w:lang w:val="en-US"/>
        </w:rPr>
        <w:t xml:space="preserve"> aim for “</w:t>
      </w:r>
      <w:r w:rsidRPr="044648B5" w:rsidR="00E056B0">
        <w:rPr>
          <w:b w:val="1"/>
          <w:bCs w:val="1"/>
          <w:lang w:val="en-US"/>
        </w:rPr>
        <w:t>Emerging” and beyond!</w:t>
      </w:r>
    </w:p>
    <w:p w:rsidRPr="00DA3FE4" w:rsidR="00DD787E" w:rsidP="00DA3FE4" w:rsidRDefault="00E056B0" w14:paraId="3B271FB6" w14:textId="77777777">
      <w:pPr>
        <w:pStyle w:val="Heading3"/>
        <w:rPr>
          <w:sz w:val="28"/>
          <w:szCs w:val="28"/>
        </w:rPr>
      </w:pPr>
      <w:bookmarkStart w:name="_heading=h.kq51w71iwkfc" w:colFirst="0" w:colLast="0" w:id="1"/>
      <w:bookmarkEnd w:id="1"/>
      <w:r w:rsidRPr="00DA3FE4">
        <w:rPr>
          <w:sz w:val="28"/>
          <w:szCs w:val="28"/>
        </w:rPr>
        <w:t>A-Provide Direct Instruction–Synchronous Courses Only</w:t>
      </w:r>
    </w:p>
    <w:tbl>
      <w:tblPr>
        <w:tblW w:w="14353" w:type="dxa"/>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20" w:firstRow="1" w:lastRow="0" w:firstColumn="0" w:lastColumn="0" w:noHBand="0" w:noVBand="1"/>
      </w:tblPr>
      <w:tblGrid>
        <w:gridCol w:w="3352"/>
        <w:gridCol w:w="3640"/>
        <w:gridCol w:w="3748"/>
        <w:gridCol w:w="3613"/>
      </w:tblGrid>
      <w:tr w:rsidR="00DD787E" w:rsidTr="044648B5" w14:paraId="1C2F924E" w14:textId="77777777">
        <w:trPr>
          <w:tblHeader/>
          <w:trHeight w:val="300"/>
        </w:trPr>
        <w:tc>
          <w:tcPr>
            <w:tcW w:w="3352" w:type="dxa"/>
            <w:tcMar/>
          </w:tcPr>
          <w:p w:rsidR="00DD787E" w:rsidRDefault="00E056B0" w14:paraId="66F84F2C" w14:textId="77777777">
            <w:r>
              <w:rPr>
                <w:b/>
              </w:rPr>
              <w:t>Initial</w:t>
            </w:r>
          </w:p>
        </w:tc>
        <w:tc>
          <w:tcPr>
            <w:tcW w:w="3640" w:type="dxa"/>
            <w:tcMar/>
          </w:tcPr>
          <w:p w:rsidR="00DD787E" w:rsidRDefault="00E056B0" w14:paraId="5F0244D1" w14:textId="77777777">
            <w:r>
              <w:rPr>
                <w:b/>
              </w:rPr>
              <w:t>Emerging</w:t>
            </w:r>
          </w:p>
        </w:tc>
        <w:tc>
          <w:tcPr>
            <w:tcW w:w="3748" w:type="dxa"/>
            <w:tcMar/>
          </w:tcPr>
          <w:p w:rsidR="00DD787E" w:rsidRDefault="00E056B0" w14:paraId="7516ED19" w14:textId="77777777">
            <w:r>
              <w:rPr>
                <w:b/>
              </w:rPr>
              <w:t>Developed</w:t>
            </w:r>
          </w:p>
        </w:tc>
        <w:tc>
          <w:tcPr>
            <w:tcW w:w="3613" w:type="dxa"/>
            <w:tcMar/>
          </w:tcPr>
          <w:p w:rsidR="00DD787E" w:rsidRDefault="00E056B0" w14:paraId="0B92DCDC" w14:textId="77777777">
            <w:r>
              <w:rPr>
                <w:b/>
              </w:rPr>
              <w:t>Highly Developed</w:t>
            </w:r>
          </w:p>
        </w:tc>
      </w:tr>
      <w:tr w:rsidR="00DD787E" w:rsidTr="044648B5" w14:paraId="55F6A6B4" w14:textId="77777777">
        <w:tc>
          <w:tcPr>
            <w:tcW w:w="3352" w:type="dxa"/>
            <w:tcMar/>
          </w:tcPr>
          <w:p w:rsidR="00DD787E" w:rsidRDefault="00E056B0" w14:paraId="680C7E85" w14:textId="65A4A0A6">
            <w:r>
              <w:t>Synchronous engagement providing lectures or</w:t>
            </w:r>
            <w:r w:rsidR="00380C18">
              <w:t xml:space="preserve"> </w:t>
            </w:r>
            <w:r>
              <w:t>presentations that cover course content.</w:t>
            </w:r>
          </w:p>
        </w:tc>
        <w:tc>
          <w:tcPr>
            <w:tcW w:w="3640" w:type="dxa"/>
            <w:tcMar/>
          </w:tcPr>
          <w:p w:rsidRPr="00380C18" w:rsidR="00DD787E" w:rsidRDefault="00E056B0" w14:paraId="425E9965" w14:textId="220E447D">
            <w:pPr>
              <w:rPr>
                <w:b/>
                <w:bCs/>
              </w:rPr>
            </w:pPr>
            <w:r w:rsidRPr="00380C18">
              <w:rPr>
                <w:b/>
                <w:bCs/>
              </w:rPr>
              <w:t>Synchronous engagement</w:t>
            </w:r>
            <w:r w:rsidRPr="00380C18" w:rsidR="00380C18">
              <w:rPr>
                <w:b/>
                <w:bCs/>
              </w:rPr>
              <w:t xml:space="preserve"> </w:t>
            </w:r>
            <w:r w:rsidRPr="00380C18">
              <w:rPr>
                <w:b/>
                <w:bCs/>
              </w:rPr>
              <w:t>providing lectures or</w:t>
            </w:r>
            <w:r w:rsidRPr="00380C18" w:rsidR="00380C18">
              <w:rPr>
                <w:b/>
                <w:bCs/>
              </w:rPr>
              <w:t xml:space="preserve"> </w:t>
            </w:r>
            <w:r w:rsidRPr="00380C18">
              <w:rPr>
                <w:b/>
                <w:bCs/>
              </w:rPr>
              <w:t>presentations to cover</w:t>
            </w:r>
            <w:r w:rsidRPr="00380C18" w:rsidR="00380C18">
              <w:rPr>
                <w:b/>
                <w:bCs/>
              </w:rPr>
              <w:t xml:space="preserve"> </w:t>
            </w:r>
            <w:r w:rsidRPr="00380C18">
              <w:rPr>
                <w:b/>
                <w:bCs/>
              </w:rPr>
              <w:t>course</w:t>
            </w:r>
            <w:r w:rsidRPr="00380C18" w:rsidR="00380C18">
              <w:rPr>
                <w:b/>
                <w:bCs/>
              </w:rPr>
              <w:t xml:space="preserve"> </w:t>
            </w:r>
            <w:r w:rsidRPr="00380C18">
              <w:rPr>
                <w:b/>
                <w:bCs/>
              </w:rPr>
              <w:t xml:space="preserve">content. </w:t>
            </w:r>
          </w:p>
          <w:p w:rsidR="00DD787E" w:rsidRDefault="00E056B0" w14:paraId="422F92CE" w14:textId="77777777">
            <w:r w:rsidRPr="00380C18">
              <w:rPr>
                <w:b/>
                <w:bCs/>
              </w:rPr>
              <w:t>Synchronous facilitation of class discussions, encouraging student participation.</w:t>
            </w:r>
          </w:p>
        </w:tc>
        <w:tc>
          <w:tcPr>
            <w:tcW w:w="3748" w:type="dxa"/>
            <w:tcMar/>
          </w:tcPr>
          <w:p w:rsidR="00DD787E" w:rsidRDefault="00DD787E" w14:paraId="361FBDE1" w14:textId="1BFC9F08">
            <w:r w:rsidRPr="044648B5" w:rsidR="6C33AA02">
              <w:rPr>
                <w:lang w:val="en-US"/>
              </w:rPr>
              <w:t xml:space="preserve">Synchronously incorporates multiple teaching methodologies to </w:t>
            </w:r>
            <w:r w:rsidRPr="044648B5" w:rsidR="6C33AA02">
              <w:rPr>
                <w:lang w:val="en-US"/>
              </w:rPr>
              <w:t>facilitate</w:t>
            </w:r>
            <w:r w:rsidRPr="044648B5" w:rsidR="6C33AA02">
              <w:rPr>
                <w:lang w:val="en-US"/>
              </w:rPr>
              <w:t xml:space="preserve"> effective direct</w:t>
            </w:r>
            <w:r>
              <w:tab/>
            </w:r>
            <w:r w:rsidRPr="044648B5" w:rsidR="6C33AA02">
              <w:rPr>
                <w:lang w:val="en-US"/>
              </w:rPr>
              <w:t>instruction, such as flipped</w:t>
            </w:r>
            <w:r>
              <w:tab/>
            </w:r>
            <w:r w:rsidRPr="044648B5" w:rsidR="6C33AA02">
              <w:rPr>
                <w:lang w:val="en-US"/>
              </w:rPr>
              <w:t>classrooms, critical thinking, and dialogue on the learning outcomes and competencies.</w:t>
            </w:r>
          </w:p>
        </w:tc>
        <w:tc>
          <w:tcPr>
            <w:tcW w:w="3613" w:type="dxa"/>
            <w:tcMar/>
          </w:tcPr>
          <w:p w:rsidR="00DD787E" w:rsidRDefault="00DD787E" w14:paraId="7AC440CB" w14:textId="4D976512">
            <w:r w:rsidR="51DE72A9">
              <w:rPr/>
              <w:t>Synchronously</w:t>
            </w:r>
            <w:r>
              <w:tab/>
            </w:r>
            <w:r w:rsidR="51DE72A9">
              <w:rPr/>
              <w:t>utilizes</w:t>
            </w:r>
            <w:r>
              <w:tab/>
            </w:r>
            <w:r w:rsidR="51DE72A9">
              <w:rPr/>
              <w:t>various media and technologies to</w:t>
            </w:r>
            <w:r>
              <w:tab/>
            </w:r>
            <w:r w:rsidR="51DE72A9">
              <w:rPr/>
              <w:t>facilitate learning and</w:t>
            </w:r>
            <w:r>
              <w:tab/>
            </w:r>
            <w:r w:rsidR="51DE72A9">
              <w:rPr/>
              <w:t>competencies, effective teaching methodologies, and incorporates</w:t>
            </w:r>
            <w:r>
              <w:tab/>
            </w:r>
            <w:r w:rsidR="51DE72A9">
              <w:rPr/>
              <w:t>culturally competent strategies that yield equitable</w:t>
            </w:r>
            <w:r>
              <w:tab/>
            </w:r>
            <w:r w:rsidR="51DE72A9">
              <w:rPr/>
              <w:t>student outcomes.</w:t>
            </w:r>
            <w:r>
              <w:tab/>
            </w:r>
          </w:p>
        </w:tc>
      </w:tr>
    </w:tbl>
    <w:p w:rsidR="5188AC60" w:rsidP="044648B5" w:rsidRDefault="5188AC60" w14:paraId="2A9FF336" w14:textId="579D8E29">
      <w:pPr>
        <w:pStyle w:val="ListParagraph"/>
        <w:numPr>
          <w:ilvl w:val="0"/>
          <w:numId w:val="5"/>
        </w:numPr>
        <w:rPr>
          <w:lang w:val="en-US"/>
        </w:rPr>
      </w:pPr>
      <w:r w:rsidRPr="044648B5" w:rsidR="5188AC60">
        <w:rPr>
          <w:lang w:val="en-US"/>
        </w:rPr>
        <w:t>Provide recorded lectures and/or presentations in your Canvas course</w:t>
      </w:r>
    </w:p>
    <w:p w:rsidR="6797C7E9" w:rsidP="044648B5" w:rsidRDefault="6797C7E9" w14:paraId="259482D9" w14:textId="53E91410">
      <w:pPr>
        <w:pStyle w:val="ListParagraph"/>
        <w:numPr>
          <w:ilvl w:val="0"/>
          <w:numId w:val="5"/>
        </w:numPr>
        <w:rPr>
          <w:lang w:val="en-US"/>
        </w:rPr>
      </w:pPr>
      <w:r w:rsidRPr="044648B5" w:rsidR="6797C7E9">
        <w:rPr>
          <w:lang w:val="en-US"/>
        </w:rPr>
        <w:t xml:space="preserve">Use Break-out rooms during some synchronous sessions </w:t>
      </w:r>
    </w:p>
    <w:p w:rsidR="00DD787E" w:rsidP="044648B5" w:rsidRDefault="00DD787E" w14:paraId="5382E131" w14:textId="17EB8DD3">
      <w:pPr>
        <w:pStyle w:val="ListParagraph"/>
        <w:numPr>
          <w:ilvl w:val="0"/>
          <w:numId w:val="5"/>
        </w:numPr>
        <w:rPr>
          <w:lang w:val="en-US"/>
        </w:rPr>
      </w:pPr>
      <w:r w:rsidRPr="044648B5" w:rsidR="5188AC60">
        <w:rPr>
          <w:lang w:val="en-US"/>
        </w:rPr>
        <w:t xml:space="preserve">During live </w:t>
      </w:r>
      <w:r w:rsidRPr="044648B5" w:rsidR="5D4037F4">
        <w:rPr>
          <w:lang w:val="en-US"/>
        </w:rPr>
        <w:t>lectures</w:t>
      </w:r>
      <w:r w:rsidRPr="044648B5" w:rsidR="5188AC60">
        <w:rPr>
          <w:lang w:val="en-US"/>
        </w:rPr>
        <w:t xml:space="preserve">, </w:t>
      </w:r>
      <w:r w:rsidRPr="044648B5" w:rsidR="5188AC60">
        <w:rPr>
          <w:lang w:val="en-US"/>
        </w:rPr>
        <w:t>m</w:t>
      </w:r>
      <w:r w:rsidRPr="044648B5" w:rsidR="7194048C">
        <w:rPr>
          <w:lang w:val="en-US"/>
        </w:rPr>
        <w:t>onitor</w:t>
      </w:r>
      <w:r w:rsidRPr="044648B5" w:rsidR="6D2E1E8D">
        <w:rPr>
          <w:lang w:val="en-US"/>
        </w:rPr>
        <w:t xml:space="preserve"> </w:t>
      </w:r>
      <w:r w:rsidRPr="044648B5" w:rsidR="7194048C">
        <w:rPr>
          <w:lang w:val="en-US"/>
        </w:rPr>
        <w:t>the chat</w:t>
      </w:r>
      <w:r w:rsidRPr="044648B5" w:rsidR="278533FB">
        <w:rPr>
          <w:lang w:val="en-US"/>
        </w:rPr>
        <w:t xml:space="preserve"> </w:t>
      </w:r>
      <w:r w:rsidRPr="044648B5" w:rsidR="350BBBB8">
        <w:rPr>
          <w:lang w:val="en-US"/>
        </w:rPr>
        <w:t>(or assign a chat monitor)</w:t>
      </w:r>
    </w:p>
    <w:p w:rsidRPr="00DA3FE4" w:rsidR="00DD787E" w:rsidP="00DA3FE4" w:rsidRDefault="00E056B0" w14:paraId="5F05EB0B" w14:textId="77777777">
      <w:pPr>
        <w:pStyle w:val="Heading3"/>
        <w:rPr>
          <w:sz w:val="28"/>
          <w:szCs w:val="28"/>
        </w:rPr>
      </w:pPr>
      <w:bookmarkStart w:name="_heading=h.3nwnen6dm6ei" w:colFirst="0" w:colLast="0" w:id="2"/>
      <w:bookmarkEnd w:id="2"/>
      <w:r w:rsidRPr="00DA3FE4">
        <w:rPr>
          <w:sz w:val="28"/>
          <w:szCs w:val="28"/>
        </w:rPr>
        <w:t>B-Assessing or providing feedback on a student’s coursework</w:t>
      </w:r>
    </w:p>
    <w:tbl>
      <w:tblPr>
        <w:tblW w:w="14345" w:type="dxa"/>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00" w:firstRow="0" w:lastRow="0" w:firstColumn="0" w:lastColumn="0" w:noHBand="0" w:noVBand="1"/>
      </w:tblPr>
      <w:tblGrid>
        <w:gridCol w:w="3330"/>
        <w:gridCol w:w="3625"/>
        <w:gridCol w:w="3752"/>
        <w:gridCol w:w="3638"/>
      </w:tblGrid>
      <w:tr w:rsidR="00DD787E" w:rsidTr="044648B5" w14:paraId="771D9389" w14:textId="77777777">
        <w:trPr>
          <w:tblHeader/>
        </w:trPr>
        <w:tc>
          <w:tcPr>
            <w:tcW w:w="3330" w:type="dxa"/>
            <w:tcMar/>
          </w:tcPr>
          <w:p w:rsidR="00DD787E" w:rsidRDefault="00E056B0" w14:paraId="0116E176" w14:textId="77777777">
            <w:r>
              <w:rPr>
                <w:b/>
              </w:rPr>
              <w:t>Initial</w:t>
            </w:r>
          </w:p>
        </w:tc>
        <w:tc>
          <w:tcPr>
            <w:tcW w:w="3625" w:type="dxa"/>
            <w:tcMar/>
          </w:tcPr>
          <w:p w:rsidR="00DD787E" w:rsidRDefault="00E056B0" w14:paraId="65D424E3" w14:textId="77777777">
            <w:r>
              <w:rPr>
                <w:b/>
              </w:rPr>
              <w:t>Emerging</w:t>
            </w:r>
          </w:p>
        </w:tc>
        <w:tc>
          <w:tcPr>
            <w:tcW w:w="3752" w:type="dxa"/>
            <w:tcMar/>
          </w:tcPr>
          <w:p w:rsidR="00DD787E" w:rsidRDefault="00E056B0" w14:paraId="1697FB13" w14:textId="77777777">
            <w:r>
              <w:rPr>
                <w:b/>
              </w:rPr>
              <w:t>Developed</w:t>
            </w:r>
          </w:p>
        </w:tc>
        <w:tc>
          <w:tcPr>
            <w:tcW w:w="3638" w:type="dxa"/>
            <w:tcMar/>
          </w:tcPr>
          <w:p w:rsidR="00DD787E" w:rsidRDefault="00E056B0" w14:paraId="5F87C857" w14:textId="77777777">
            <w:r>
              <w:rPr>
                <w:b/>
              </w:rPr>
              <w:t>Highly Developed</w:t>
            </w:r>
          </w:p>
        </w:tc>
      </w:tr>
      <w:tr w:rsidR="00DD787E" w:rsidTr="044648B5" w14:paraId="1ABDFF71" w14:textId="77777777">
        <w:tc>
          <w:tcPr>
            <w:tcW w:w="3330" w:type="dxa"/>
            <w:tcMar/>
          </w:tcPr>
          <w:p w:rsidR="00DD787E" w:rsidRDefault="00E056B0" w14:paraId="44B1D81E" w14:textId="0234FFEB">
            <w:r>
              <w:t>Provides grades with minimal</w:t>
            </w:r>
            <w:r w:rsidR="00380C18">
              <w:t xml:space="preserve"> </w:t>
            </w:r>
            <w:r>
              <w:t>non-automated feedback</w:t>
            </w:r>
            <w:r w:rsidR="00380C18">
              <w:t xml:space="preserve"> </w:t>
            </w:r>
            <w:r>
              <w:t>on some assignments.</w:t>
            </w:r>
          </w:p>
        </w:tc>
        <w:tc>
          <w:tcPr>
            <w:tcW w:w="3625" w:type="dxa"/>
            <w:tcMar/>
          </w:tcPr>
          <w:p w:rsidRPr="00380C18" w:rsidR="00DD787E" w:rsidRDefault="00E056B0" w14:paraId="75BCDF92" w14:textId="4EA9D6BA">
            <w:pPr>
              <w:rPr>
                <w:b/>
                <w:bCs/>
              </w:rPr>
            </w:pPr>
            <w:r w:rsidRPr="00380C18">
              <w:rPr>
                <w:b/>
                <w:bCs/>
              </w:rPr>
              <w:t>Periodically provides meaningful comments on some coursework and</w:t>
            </w:r>
            <w:r w:rsidRPr="00380C18" w:rsidR="00380C18">
              <w:rPr>
                <w:b/>
                <w:bCs/>
              </w:rPr>
              <w:t xml:space="preserve"> </w:t>
            </w:r>
            <w:r w:rsidRPr="00380C18">
              <w:rPr>
                <w:b/>
                <w:bCs/>
              </w:rPr>
              <w:t>assignments.</w:t>
            </w:r>
          </w:p>
        </w:tc>
        <w:tc>
          <w:tcPr>
            <w:tcW w:w="3752" w:type="dxa"/>
            <w:tcMar/>
          </w:tcPr>
          <w:p w:rsidR="00DD787E" w:rsidRDefault="00E056B0" w14:paraId="69D9DAB9" w14:textId="4EFD668D">
            <w:r w:rsidRPr="044648B5" w:rsidR="00E056B0">
              <w:rPr>
                <w:lang w:val="en-US"/>
              </w:rPr>
              <w:t>Consistently provides meaningful comments on most coursework and assignments, including</w:t>
            </w:r>
            <w:r w:rsidRPr="044648B5" w:rsidR="00380C18">
              <w:rPr>
                <w:lang w:val="en-US"/>
              </w:rPr>
              <w:t xml:space="preserve"> </w:t>
            </w:r>
            <w:r w:rsidRPr="044648B5" w:rsidR="00E056B0">
              <w:rPr>
                <w:lang w:val="en-US"/>
              </w:rPr>
              <w:t>constructive feedback and</w:t>
            </w:r>
            <w:r w:rsidRPr="044648B5" w:rsidR="00380C18">
              <w:rPr>
                <w:lang w:val="en-US"/>
              </w:rPr>
              <w:t xml:space="preserve"> </w:t>
            </w:r>
            <w:r w:rsidRPr="044648B5" w:rsidR="00E056B0">
              <w:rPr>
                <w:lang w:val="en-US"/>
              </w:rPr>
              <w:t>improvements</w:t>
            </w:r>
            <w:r w:rsidRPr="044648B5" w:rsidR="4F020702">
              <w:rPr>
                <w:lang w:val="en-US"/>
              </w:rPr>
              <w:t xml:space="preserve"> </w:t>
            </w:r>
            <w:r w:rsidRPr="044648B5" w:rsidR="00E056B0">
              <w:rPr>
                <w:lang w:val="en-US"/>
              </w:rPr>
              <w:t>needed</w:t>
            </w:r>
            <w:r w:rsidRPr="044648B5" w:rsidR="27EB8C54">
              <w:rPr>
                <w:lang w:val="en-US"/>
              </w:rPr>
              <w:t xml:space="preserve"> </w:t>
            </w:r>
            <w:r w:rsidRPr="044648B5" w:rsidR="00E056B0">
              <w:rPr>
                <w:lang w:val="en-US"/>
              </w:rPr>
              <w:t>to</w:t>
            </w:r>
            <w:r w:rsidRPr="044648B5" w:rsidR="00380C18">
              <w:rPr>
                <w:lang w:val="en-US"/>
              </w:rPr>
              <w:t xml:space="preserve"> </w:t>
            </w:r>
            <w:r w:rsidRPr="044648B5" w:rsidR="00E056B0">
              <w:rPr>
                <w:lang w:val="en-US"/>
              </w:rPr>
              <w:t>increase content mastery.</w:t>
            </w:r>
          </w:p>
        </w:tc>
        <w:tc>
          <w:tcPr>
            <w:tcW w:w="3638" w:type="dxa"/>
            <w:tcMar/>
          </w:tcPr>
          <w:p w:rsidR="00DD787E" w:rsidRDefault="00380C18" w14:paraId="65A8E09E" w14:textId="31A930E9">
            <w:r w:rsidRPr="044648B5" w:rsidR="00380C18">
              <w:rPr>
                <w:lang w:val="en-US"/>
              </w:rPr>
              <w:t>Frequently provides prompt, personalized, and detailed feedback on student coursework and assignments, such</w:t>
            </w:r>
            <w:r w:rsidRPr="044648B5" w:rsidR="7F07F3DC">
              <w:rPr>
                <w:lang w:val="en-US"/>
              </w:rPr>
              <w:t xml:space="preserve"> </w:t>
            </w:r>
            <w:r w:rsidRPr="044648B5" w:rsidR="00380C18">
              <w:rPr>
                <w:lang w:val="en-US"/>
              </w:rPr>
              <w:t>as written comments, detailed rubrics, audio or video notes,</w:t>
            </w:r>
            <w:r w:rsidRPr="044648B5" w:rsidR="3B1DB8F5">
              <w:rPr>
                <w:lang w:val="en-US"/>
              </w:rPr>
              <w:t xml:space="preserve"> </w:t>
            </w:r>
            <w:r w:rsidRPr="044648B5" w:rsidR="00380C18">
              <w:rPr>
                <w:lang w:val="en-US"/>
              </w:rPr>
              <w:t>and examples for improvement.</w:t>
            </w:r>
          </w:p>
        </w:tc>
      </w:tr>
    </w:tbl>
    <w:p w:rsidR="00DD787E" w:rsidRDefault="00DD787E" w14:paraId="05FD5710" w14:textId="77777777">
      <w:pPr>
        <w:rPr>
          <w:rFonts w:ascii="Arial" w:hAnsi="Arial" w:eastAsia="Arial" w:cs="Arial"/>
          <w:highlight w:val="white"/>
        </w:rPr>
      </w:pPr>
    </w:p>
    <w:p w:rsidRPr="00380C18" w:rsidR="00DD787E" w:rsidP="044648B5" w:rsidRDefault="00380C18" w14:paraId="6E2ACC1B" w14:textId="3853C3D1">
      <w:pPr>
        <w:pStyle w:val="ListParagraph"/>
        <w:numPr>
          <w:ilvl w:val="0"/>
          <w:numId w:val="6"/>
        </w:numPr>
        <w:spacing w:after="0"/>
        <w:rPr>
          <w:highlight w:val="white"/>
          <w:lang w:val="en-US"/>
        </w:rPr>
      </w:pPr>
      <w:r w:rsidRPr="044648B5" w:rsidR="00E056B0">
        <w:rPr>
          <w:rFonts w:ascii="Cambria" w:hAnsi="Cambria" w:eastAsia="Arial" w:cs="Arial" w:asciiTheme="minorAscii" w:hAnsiTheme="minorAscii"/>
          <w:highlight w:val="white"/>
        </w:rPr>
        <w:t xml:space="preserve">Provide </w:t>
      </w:r>
      <w:r w:rsidRPr="044648B5" w:rsidR="05477B46">
        <w:rPr>
          <w:rFonts w:ascii="Cambria" w:hAnsi="Cambria" w:eastAsia="Arial" w:cs="Arial" w:asciiTheme="minorAscii" w:hAnsiTheme="minorAscii"/>
          <w:b w:val="1"/>
          <w:bCs w:val="1"/>
          <w:highlight w:val="white"/>
        </w:rPr>
        <w:t xml:space="preserve">purposeful </w:t>
      </w:r>
      <w:r w:rsidRPr="044648B5" w:rsidR="0CF091B1">
        <w:rPr>
          <w:rFonts w:ascii="Cambria" w:hAnsi="Cambria" w:eastAsia="Arial" w:cs="Arial" w:asciiTheme="minorAscii" w:hAnsiTheme="minorAscii"/>
          <w:b w:val="1"/>
          <w:bCs w:val="1"/>
          <w:highlight w:val="white"/>
        </w:rPr>
        <w:t xml:space="preserve">typed </w:t>
      </w:r>
      <w:r w:rsidRPr="044648B5" w:rsidR="159C2D94">
        <w:rPr>
          <w:rFonts w:ascii="Cambria" w:hAnsi="Cambria" w:eastAsia="Arial" w:cs="Arial" w:asciiTheme="minorAscii" w:hAnsiTheme="minorAscii"/>
          <w:b w:val="1"/>
          <w:bCs w:val="1"/>
          <w:highlight w:val="white"/>
        </w:rPr>
        <w:t>feedback</w:t>
      </w:r>
      <w:r w:rsidRPr="044648B5" w:rsidR="159C2D94">
        <w:rPr>
          <w:rFonts w:ascii="Cambria" w:hAnsi="Cambria" w:eastAsia="Arial" w:cs="Arial" w:asciiTheme="minorAscii" w:hAnsiTheme="minorAscii"/>
          <w:highlight w:val="white"/>
        </w:rPr>
        <w:t xml:space="preserve"> on </w:t>
      </w:r>
      <w:r w:rsidRPr="044648B5" w:rsidR="04D7E266">
        <w:rPr>
          <w:rFonts w:ascii="Cambria" w:hAnsi="Cambria" w:eastAsia="Arial" w:cs="Arial" w:asciiTheme="minorAscii" w:hAnsiTheme="minorAscii"/>
          <w:highlight w:val="white"/>
        </w:rPr>
        <w:t>assign</w:t>
      </w:r>
      <w:r w:rsidRPr="044648B5" w:rsidR="77D19D6A">
        <w:rPr>
          <w:rFonts w:ascii="Cambria" w:hAnsi="Cambria" w:eastAsia="Arial" w:cs="Arial" w:asciiTheme="minorAscii" w:hAnsiTheme="minorAscii"/>
          <w:highlight w:val="white"/>
        </w:rPr>
        <w:t>ments</w:t>
      </w:r>
      <w:r w:rsidRPr="044648B5" w:rsidR="2166B767">
        <w:rPr>
          <w:rFonts w:ascii="Cambria" w:hAnsi="Cambria" w:eastAsia="Arial" w:cs="Arial" w:asciiTheme="minorAscii" w:hAnsiTheme="minorAscii"/>
          <w:highlight w:val="white"/>
        </w:rPr>
        <w:t xml:space="preserve"> throughout the semester</w:t>
      </w:r>
      <w:r w:rsidRPr="044648B5" w:rsidR="159C2D94">
        <w:rPr>
          <w:rFonts w:ascii="Cambria" w:hAnsi="Cambria" w:eastAsia="Arial" w:cs="Arial" w:asciiTheme="minorAscii" w:hAnsiTheme="minorAscii"/>
          <w:highlight w:val="white"/>
        </w:rPr>
        <w:t xml:space="preserve">: </w:t>
      </w:r>
      <w:r w:rsidRPr="044648B5" w:rsidR="00E056B0">
        <w:rPr>
          <w:rFonts w:ascii="Cambria" w:hAnsi="Cambria" w:eastAsia="Arial" w:cs="Arial" w:asciiTheme="minorAscii" w:hAnsiTheme="minorAscii"/>
          <w:highlight w:val="white"/>
        </w:rPr>
        <w:t>discussions, assignments, quizzes, external tools, etc.</w:t>
      </w:r>
      <w:r w:rsidRPr="044648B5" w:rsidR="57B66F72">
        <w:rPr>
          <w:rFonts w:ascii="Cambria" w:hAnsi="Cambria" w:eastAsia="Arial" w:cs="Arial" w:asciiTheme="minorAscii" w:hAnsiTheme="minorAscii"/>
          <w:highlight w:val="white"/>
        </w:rPr>
        <w:t xml:space="preserve"> </w:t>
      </w:r>
    </w:p>
    <w:p w:rsidRPr="00380C18" w:rsidR="00DD787E" w:rsidP="044648B5" w:rsidRDefault="00380C18" w14:paraId="71814A68" w14:textId="289F5A99">
      <w:pPr>
        <w:pStyle w:val="ListParagraph"/>
        <w:numPr>
          <w:ilvl w:val="0"/>
          <w:numId w:val="6"/>
        </w:numPr>
        <w:spacing w:after="0"/>
        <w:rPr>
          <w:highlight w:val="white"/>
          <w:lang w:val="en-US"/>
        </w:rPr>
      </w:pPr>
      <w:r w:rsidRPr="044648B5" w:rsidR="09CEA999">
        <w:rPr>
          <w:highlight w:val="white"/>
          <w:lang w:val="en-US"/>
        </w:rPr>
        <w:t xml:space="preserve">Strategically choose </w:t>
      </w:r>
      <w:r w:rsidRPr="044648B5" w:rsidR="09CEA999">
        <w:rPr>
          <w:highlight w:val="white"/>
          <w:lang w:val="en-US"/>
        </w:rPr>
        <w:t>formative assessments</w:t>
      </w:r>
      <w:r w:rsidRPr="044648B5" w:rsidR="67AE6298">
        <w:rPr>
          <w:highlight w:val="white"/>
          <w:lang w:val="en-US"/>
        </w:rPr>
        <w:t xml:space="preserve"> on which t</w:t>
      </w:r>
      <w:r w:rsidRPr="044648B5" w:rsidR="09CEA999">
        <w:rPr>
          <w:highlight w:val="white"/>
          <w:lang w:val="en-US"/>
        </w:rPr>
        <w:t xml:space="preserve">o provide meaningful feedback to </w:t>
      </w:r>
      <w:r w:rsidRPr="044648B5" w:rsidR="1012D2D9">
        <w:rPr>
          <w:highlight w:val="white"/>
          <w:lang w:val="en-US"/>
        </w:rPr>
        <w:t xml:space="preserve">guide students </w:t>
      </w:r>
    </w:p>
    <w:p w:rsidRPr="00380C18" w:rsidR="00DD787E" w:rsidP="044648B5" w:rsidRDefault="00380C18" w14:paraId="12BFDFD4" w14:textId="51CAE558">
      <w:pPr>
        <w:pStyle w:val="ListParagraph"/>
        <w:numPr>
          <w:ilvl w:val="0"/>
          <w:numId w:val="6"/>
        </w:numPr>
        <w:spacing w:after="0"/>
        <w:rPr>
          <w:highlight w:val="white"/>
          <w:lang w:val="en-US"/>
        </w:rPr>
      </w:pPr>
      <w:r w:rsidRPr="044648B5" w:rsidR="242AAB35">
        <w:rPr>
          <w:highlight w:val="white"/>
          <w:lang w:val="en-US"/>
        </w:rPr>
        <w:t>Use</w:t>
      </w:r>
      <w:r w:rsidRPr="044648B5" w:rsidR="242AAB35">
        <w:rPr>
          <w:b w:val="1"/>
          <w:bCs w:val="1"/>
          <w:highlight w:val="white"/>
          <w:lang w:val="en-US"/>
        </w:rPr>
        <w:t xml:space="preserve"> announcements </w:t>
      </w:r>
      <w:r w:rsidRPr="044648B5" w:rsidR="242AAB35">
        <w:rPr>
          <w:highlight w:val="white"/>
          <w:lang w:val="en-US"/>
        </w:rPr>
        <w:t>to provide overall feedback to the entire class, highlighting successes and challenges</w:t>
      </w:r>
    </w:p>
    <w:p w:rsidRPr="00380C18" w:rsidR="00DD787E" w:rsidP="044648B5" w:rsidRDefault="00380C18" w14:paraId="7FFA0414" w14:textId="583DE0E7">
      <w:pPr>
        <w:pStyle w:val="ListParagraph"/>
        <w:numPr>
          <w:ilvl w:val="0"/>
          <w:numId w:val="6"/>
        </w:numPr>
        <w:spacing w:after="0"/>
        <w:rPr>
          <w:lang w:val="en-US"/>
        </w:rPr>
      </w:pPr>
      <w:r w:rsidRPr="044648B5" w:rsidR="00380C18">
        <w:rPr>
          <w:lang w:val="en-US"/>
        </w:rPr>
        <w:t xml:space="preserve">Use </w:t>
      </w:r>
      <w:r w:rsidRPr="044648B5" w:rsidR="00380C18">
        <w:rPr>
          <w:b w:val="1"/>
          <w:bCs w:val="1"/>
          <w:lang w:val="en-US"/>
        </w:rPr>
        <w:t>rubrics</w:t>
      </w:r>
      <w:r w:rsidRPr="044648B5" w:rsidR="207B7242">
        <w:rPr>
          <w:b w:val="1"/>
          <w:bCs w:val="1"/>
          <w:lang w:val="en-US"/>
        </w:rPr>
        <w:t xml:space="preserve"> </w:t>
      </w:r>
      <w:r w:rsidRPr="044648B5" w:rsidR="207B7242">
        <w:rPr>
          <w:b w:val="0"/>
          <w:bCs w:val="0"/>
          <w:lang w:val="en-US"/>
        </w:rPr>
        <w:t>to provide</w:t>
      </w:r>
      <w:r w:rsidRPr="044648B5" w:rsidR="207B7242">
        <w:rPr>
          <w:b w:val="1"/>
          <w:bCs w:val="1"/>
          <w:lang w:val="en-US"/>
        </w:rPr>
        <w:t xml:space="preserve"> </w:t>
      </w:r>
      <w:r w:rsidRPr="044648B5" w:rsidR="00380C18">
        <w:rPr>
          <w:lang w:val="en-US"/>
        </w:rPr>
        <w:t xml:space="preserve">feedback </w:t>
      </w:r>
      <w:r w:rsidRPr="044648B5" w:rsidR="5829DD3A">
        <w:rPr>
          <w:lang w:val="en-US"/>
        </w:rPr>
        <w:t xml:space="preserve">on </w:t>
      </w:r>
      <w:r w:rsidRPr="044648B5" w:rsidR="00380C18">
        <w:rPr>
          <w:lang w:val="en-US"/>
        </w:rPr>
        <w:t xml:space="preserve">summative assessments </w:t>
      </w:r>
    </w:p>
    <w:p w:rsidRPr="00380C18" w:rsidR="00DD787E" w:rsidP="044648B5" w:rsidRDefault="00380C18" w14:paraId="551A9949" w14:textId="65D29F2B">
      <w:pPr>
        <w:pStyle w:val="ListParagraph"/>
        <w:numPr>
          <w:ilvl w:val="0"/>
          <w:numId w:val="6"/>
        </w:numPr>
        <w:spacing w:after="0"/>
        <w:rPr>
          <w:highlight w:val="white"/>
          <w:lang w:val="en-US"/>
        </w:rPr>
      </w:pPr>
      <w:r w:rsidRPr="044648B5" w:rsidR="296B5696">
        <w:rPr>
          <w:highlight w:val="white"/>
          <w:lang w:val="en-US"/>
        </w:rPr>
        <w:t>Create a</w:t>
      </w:r>
      <w:r w:rsidRPr="044648B5" w:rsidR="00380C18">
        <w:rPr>
          <w:highlight w:val="white"/>
          <w:lang w:val="en-US"/>
        </w:rPr>
        <w:t xml:space="preserve"> </w:t>
      </w:r>
      <w:r w:rsidRPr="044648B5" w:rsidR="00380C18">
        <w:rPr>
          <w:b w:val="1"/>
          <w:bCs w:val="1"/>
          <w:highlight w:val="white"/>
          <w:lang w:val="en-US"/>
        </w:rPr>
        <w:t>wr</w:t>
      </w:r>
      <w:r w:rsidRPr="044648B5" w:rsidR="00380C18">
        <w:rPr>
          <w:b w:val="1"/>
          <w:bCs w:val="1"/>
          <w:highlight w:val="white"/>
          <w:lang w:val="en-US"/>
        </w:rPr>
        <w:t xml:space="preserve">ap-up page </w:t>
      </w:r>
      <w:r w:rsidRPr="044648B5" w:rsidR="00380C18">
        <w:rPr>
          <w:highlight w:val="white"/>
          <w:lang w:val="en-US"/>
        </w:rPr>
        <w:t>at the end of each module to comment on trends and areas some may need extra help with </w:t>
      </w:r>
    </w:p>
    <w:p w:rsidR="044648B5" w:rsidP="044648B5" w:rsidRDefault="044648B5" w14:paraId="6985D8D6" w14:textId="4EB4EC18">
      <w:pPr>
        <w:pStyle w:val="ListParagraph"/>
        <w:spacing w:after="0"/>
        <w:ind w:left="720"/>
        <w:rPr>
          <w:highlight w:val="white"/>
          <w:lang w:val="en-US"/>
        </w:rPr>
      </w:pPr>
    </w:p>
    <w:p w:rsidR="00DA3FE4" w:rsidP="044648B5" w:rsidRDefault="00DA3FE4" w14:paraId="6E3A3024" w14:textId="33FA678E">
      <w:pPr>
        <w:rPr>
          <w:rFonts w:ascii="Cambria" w:hAnsi="Cambria" w:eastAsia="Cambria" w:cs="Cambria"/>
          <w:color w:val="0A0A0A"/>
          <w:sz w:val="20"/>
          <w:szCs w:val="20"/>
          <w:highlight w:val="white"/>
        </w:rPr>
      </w:pPr>
      <w:r w:rsidRPr="044648B5" w:rsidR="00DA3FE4">
        <w:rPr>
          <w:rFonts w:ascii="Cambria" w:hAnsi="Cambria" w:eastAsia="Cambria" w:cs="Cambria"/>
          <w:sz w:val="20"/>
          <w:szCs w:val="20"/>
          <w:highlight w:val="white"/>
        </w:rPr>
        <w:t>*P</w:t>
      </w:r>
      <w:r w:rsidRPr="044648B5" w:rsidR="00DA3FE4">
        <w:rPr>
          <w:rFonts w:ascii="Cambria" w:hAnsi="Cambria" w:eastAsia="Cambria" w:cs="Cambria"/>
          <w:color w:val="0A0A0A"/>
          <w:sz w:val="20"/>
          <w:szCs w:val="20"/>
          <w:highlight w:val="white"/>
        </w:rPr>
        <w:t xml:space="preserve">ersonalized, meaningful, and specific critiques of student work provided directly by [the] instructor, rather than by a software program, algorithm, or automated grading system” (“Regular Substantive Interaction”) </w:t>
      </w:r>
    </w:p>
    <w:p w:rsidRPr="00DA3FE4" w:rsidR="008E6A42" w:rsidP="00DA3FE4" w:rsidRDefault="008E6A42" w14:paraId="123F7D2A" w14:textId="341394A4">
      <w:pPr>
        <w:pStyle w:val="Heading3"/>
        <w:rPr>
          <w:sz w:val="28"/>
          <w:szCs w:val="28"/>
        </w:rPr>
      </w:pPr>
      <w:r w:rsidRPr="00DA3FE4">
        <w:rPr>
          <w:sz w:val="28"/>
          <w:szCs w:val="28"/>
        </w:rPr>
        <w:t>C-</w:t>
      </w:r>
      <w:r w:rsidRPr="00DA3FE4" w:rsidR="00DD2E76">
        <w:rPr>
          <w:sz w:val="28"/>
          <w:szCs w:val="28"/>
        </w:rPr>
        <w:t>Providing information or responding to questions about the content of a course or competency</w:t>
      </w:r>
    </w:p>
    <w:tbl>
      <w:tblPr>
        <w:tblW w:w="14471" w:type="dxa"/>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00" w:firstRow="0" w:lastRow="0" w:firstColumn="0" w:lastColumn="0" w:noHBand="0" w:noVBand="1"/>
      </w:tblPr>
      <w:tblGrid>
        <w:gridCol w:w="3330"/>
        <w:gridCol w:w="3615"/>
        <w:gridCol w:w="3758"/>
        <w:gridCol w:w="3768"/>
      </w:tblGrid>
      <w:tr w:rsidR="00DA3FE4" w:rsidTr="044648B5" w14:paraId="7D9325F3" w14:textId="77777777">
        <w:trPr>
          <w:tblHeader/>
        </w:trPr>
        <w:tc>
          <w:tcPr>
            <w:tcW w:w="3330" w:type="dxa"/>
            <w:tcMar/>
          </w:tcPr>
          <w:p w:rsidR="00DA3FE4" w:rsidP="009E18BF" w:rsidRDefault="00DA3FE4" w14:paraId="3F13F108" w14:textId="77777777">
            <w:r>
              <w:rPr>
                <w:b/>
              </w:rPr>
              <w:t>Initial</w:t>
            </w:r>
          </w:p>
        </w:tc>
        <w:tc>
          <w:tcPr>
            <w:tcW w:w="3615" w:type="dxa"/>
            <w:tcMar/>
          </w:tcPr>
          <w:p w:rsidR="00DA3FE4" w:rsidP="009E18BF" w:rsidRDefault="00DA3FE4" w14:paraId="7B1282BD" w14:textId="77777777">
            <w:r>
              <w:rPr>
                <w:b/>
              </w:rPr>
              <w:t>Emerging</w:t>
            </w:r>
          </w:p>
        </w:tc>
        <w:tc>
          <w:tcPr>
            <w:tcW w:w="3758" w:type="dxa"/>
            <w:tcMar/>
          </w:tcPr>
          <w:p w:rsidR="00DA3FE4" w:rsidP="009E18BF" w:rsidRDefault="00DA3FE4" w14:paraId="102E8DC4" w14:textId="77777777">
            <w:r>
              <w:rPr>
                <w:b/>
              </w:rPr>
              <w:t>Developed</w:t>
            </w:r>
          </w:p>
        </w:tc>
        <w:tc>
          <w:tcPr>
            <w:tcW w:w="3768" w:type="dxa"/>
            <w:tcMar/>
          </w:tcPr>
          <w:p w:rsidR="00DA3FE4" w:rsidP="009E18BF" w:rsidRDefault="00DA3FE4" w14:paraId="65014A7A" w14:textId="77777777">
            <w:r>
              <w:rPr>
                <w:b/>
              </w:rPr>
              <w:t>Highly Developed</w:t>
            </w:r>
          </w:p>
        </w:tc>
      </w:tr>
      <w:tr w:rsidR="00DA3FE4" w:rsidTr="044648B5" w14:paraId="61D719F8" w14:textId="77777777">
        <w:tc>
          <w:tcPr>
            <w:tcW w:w="3330" w:type="dxa"/>
            <w:tcMar/>
          </w:tcPr>
          <w:p w:rsidRPr="00DA3FE4" w:rsidR="00DA3FE4" w:rsidP="009E18BF" w:rsidRDefault="00DA3FE4" w14:paraId="24F55302" w14:textId="20046E4E">
            <w:pPr>
              <w:rPr>
                <w:b/>
                <w:bCs/>
              </w:rPr>
            </w:pPr>
            <w:r w:rsidRPr="00DA3FE4">
              <w:rPr>
                <w:b/>
                <w:bCs/>
              </w:rPr>
              <w:t>Provides instructional</w:t>
            </w:r>
            <w:r>
              <w:rPr>
                <w:b/>
                <w:bCs/>
              </w:rPr>
              <w:t xml:space="preserve"> </w:t>
            </w:r>
            <w:r w:rsidRPr="00DA3FE4">
              <w:rPr>
                <w:b/>
                <w:bCs/>
              </w:rPr>
              <w:t>content, such as</w:t>
            </w:r>
            <w:r>
              <w:rPr>
                <w:b/>
                <w:bCs/>
              </w:rPr>
              <w:t xml:space="preserve"> </w:t>
            </w:r>
            <w:r w:rsidRPr="00DA3FE4">
              <w:rPr>
                <w:b/>
                <w:bCs/>
              </w:rPr>
              <w:t>video, audio, or recorded presentations or interactive lessons</w:t>
            </w:r>
            <w:r>
              <w:rPr>
                <w:b/>
                <w:bCs/>
              </w:rPr>
              <w:t xml:space="preserve"> </w:t>
            </w:r>
            <w:r w:rsidRPr="00DA3FE4">
              <w:rPr>
                <w:b/>
                <w:bCs/>
              </w:rPr>
              <w:t>visibly created</w:t>
            </w:r>
            <w:r>
              <w:rPr>
                <w:b/>
                <w:bCs/>
              </w:rPr>
              <w:t xml:space="preserve"> </w:t>
            </w:r>
            <w:r w:rsidRPr="00DA3FE4">
              <w:rPr>
                <w:b/>
                <w:bCs/>
              </w:rPr>
              <w:t xml:space="preserve">or mediated by the instructor. </w:t>
            </w:r>
          </w:p>
          <w:p w:rsidRPr="00673E96" w:rsidR="00DA3FE4" w:rsidP="009E18BF" w:rsidRDefault="00DA3FE4" w14:paraId="1123D03E" w14:textId="66BABD19">
            <w:r w:rsidRPr="17432E7D">
              <w:rPr>
                <w:lang w:val="en-US"/>
              </w:rPr>
              <w:t>Responds to questions pertaining to the course content.</w:t>
            </w:r>
          </w:p>
        </w:tc>
        <w:tc>
          <w:tcPr>
            <w:tcW w:w="3615" w:type="dxa"/>
            <w:tcMar/>
          </w:tcPr>
          <w:p w:rsidR="00673E96" w:rsidP="044648B5" w:rsidRDefault="00673E96" w14:paraId="2F070595" w14:textId="2DC06D7B">
            <w:pPr>
              <w:rPr>
                <w:b w:val="1"/>
                <w:bCs w:val="1"/>
                <w:lang w:val="en-US"/>
              </w:rPr>
            </w:pPr>
            <w:r w:rsidRPr="044648B5" w:rsidR="00673E96">
              <w:rPr>
                <w:b w:val="1"/>
                <w:bCs w:val="1"/>
                <w:lang w:val="en-US"/>
              </w:rPr>
              <w:t>Periodically</w:t>
            </w:r>
            <w:r w:rsidRPr="044648B5" w:rsidR="00673E96">
              <w:rPr>
                <w:b w:val="1"/>
                <w:bCs w:val="1"/>
                <w:lang w:val="en-US"/>
              </w:rPr>
              <w:t xml:space="preserve"> </w:t>
            </w:r>
            <w:r w:rsidRPr="044648B5" w:rsidR="00673E96">
              <w:rPr>
                <w:b w:val="1"/>
                <w:bCs w:val="1"/>
                <w:lang w:val="en-US"/>
              </w:rPr>
              <w:t>provides</w:t>
            </w:r>
            <w:r w:rsidRPr="044648B5" w:rsidR="00673E96">
              <w:rPr>
                <w:b w:val="1"/>
                <w:bCs w:val="1"/>
                <w:lang w:val="en-US"/>
              </w:rPr>
              <w:t xml:space="preserve"> </w:t>
            </w:r>
            <w:r w:rsidRPr="044648B5" w:rsidR="00673E96">
              <w:rPr>
                <w:b w:val="1"/>
                <w:bCs w:val="1"/>
                <w:lang w:val="en-US"/>
              </w:rPr>
              <w:t>substantive</w:t>
            </w:r>
            <w:r w:rsidRPr="044648B5" w:rsidR="00673E96">
              <w:rPr>
                <w:b w:val="1"/>
                <w:bCs w:val="1"/>
                <w:lang w:val="en-US"/>
              </w:rPr>
              <w:t xml:space="preserve"> </w:t>
            </w:r>
            <w:r w:rsidRPr="044648B5" w:rsidR="00673E96">
              <w:rPr>
                <w:b w:val="1"/>
                <w:bCs w:val="1"/>
                <w:lang w:val="en-US"/>
              </w:rPr>
              <w:t>information</w:t>
            </w:r>
            <w:r w:rsidRPr="044648B5" w:rsidR="00673E96">
              <w:rPr>
                <w:b w:val="1"/>
                <w:bCs w:val="1"/>
                <w:lang w:val="en-US"/>
              </w:rPr>
              <w:t xml:space="preserve"> </w:t>
            </w:r>
            <w:r w:rsidRPr="044648B5" w:rsidR="00673E96">
              <w:rPr>
                <w:b w:val="1"/>
                <w:bCs w:val="1"/>
                <w:lang w:val="en-US"/>
              </w:rPr>
              <w:t>pertaining</w:t>
            </w:r>
            <w:r w:rsidRPr="044648B5" w:rsidR="238399C2">
              <w:rPr>
                <w:b w:val="1"/>
                <w:bCs w:val="1"/>
                <w:lang w:val="en-US"/>
              </w:rPr>
              <w:t xml:space="preserve"> </w:t>
            </w:r>
            <w:r w:rsidRPr="044648B5" w:rsidR="00673E96">
              <w:rPr>
                <w:b w:val="1"/>
                <w:bCs w:val="1"/>
                <w:lang w:val="en-US"/>
              </w:rPr>
              <w:t>to</w:t>
            </w:r>
            <w:r w:rsidRPr="044648B5" w:rsidR="00673E96">
              <w:rPr>
                <w:b w:val="1"/>
                <w:bCs w:val="1"/>
                <w:lang w:val="en-US"/>
              </w:rPr>
              <w:t xml:space="preserve"> </w:t>
            </w:r>
            <w:r w:rsidRPr="044648B5" w:rsidR="00673E96">
              <w:rPr>
                <w:b w:val="1"/>
                <w:bCs w:val="1"/>
                <w:lang w:val="en-US"/>
              </w:rPr>
              <w:t>the</w:t>
            </w:r>
            <w:r w:rsidRPr="044648B5" w:rsidR="00673E96">
              <w:rPr>
                <w:b w:val="1"/>
                <w:bCs w:val="1"/>
                <w:lang w:val="en-US"/>
              </w:rPr>
              <w:t xml:space="preserve"> </w:t>
            </w:r>
            <w:r w:rsidRPr="044648B5" w:rsidR="00673E96">
              <w:rPr>
                <w:b w:val="1"/>
                <w:bCs w:val="1"/>
                <w:lang w:val="en-US"/>
              </w:rPr>
              <w:t>course</w:t>
            </w:r>
            <w:r w:rsidRPr="044648B5" w:rsidR="00673E96">
              <w:rPr>
                <w:b w:val="1"/>
                <w:bCs w:val="1"/>
                <w:lang w:val="en-US"/>
              </w:rPr>
              <w:t xml:space="preserve"> </w:t>
            </w:r>
            <w:r w:rsidRPr="044648B5" w:rsidR="00673E96">
              <w:rPr>
                <w:b w:val="1"/>
                <w:bCs w:val="1"/>
                <w:lang w:val="en-US"/>
              </w:rPr>
              <w:t xml:space="preserve">content. </w:t>
            </w:r>
          </w:p>
          <w:p w:rsidRPr="00673E96" w:rsidR="00673E96" w:rsidP="17432E7D" w:rsidRDefault="00673E96" w14:paraId="67F6C1F5" w14:textId="77777777">
            <w:pPr>
              <w:rPr>
                <w:b/>
                <w:bCs/>
                <w:lang w:val="en-US"/>
              </w:rPr>
            </w:pPr>
            <w:r w:rsidRPr="17432E7D">
              <w:rPr>
                <w:b/>
                <w:bCs/>
                <w:lang w:val="en-US"/>
              </w:rPr>
              <w:t xml:space="preserve">Periodically encourages participation and questions and responds in a timely manner. </w:t>
            </w:r>
          </w:p>
          <w:p w:rsidRPr="00673E96" w:rsidR="00DA3FE4" w:rsidP="17432E7D" w:rsidRDefault="00673E96" w14:paraId="25F8A2D5" w14:textId="5E6098AB">
            <w:pPr>
              <w:rPr>
                <w:b/>
                <w:bCs/>
                <w:lang w:val="en-US"/>
              </w:rPr>
            </w:pPr>
            <w:r w:rsidRPr="17432E7D">
              <w:rPr>
                <w:b/>
                <w:bCs/>
                <w:lang w:val="en-US"/>
              </w:rPr>
              <w:t>Provides reminder announcements regarding course content and learning outcomes.</w:t>
            </w:r>
          </w:p>
        </w:tc>
        <w:tc>
          <w:tcPr>
            <w:tcW w:w="3758" w:type="dxa"/>
            <w:tcMar/>
          </w:tcPr>
          <w:p w:rsidR="00DA3FE4" w:rsidP="009E18BF" w:rsidRDefault="25D3375D" w14:paraId="65989213" w14:textId="5E822922">
            <w:r w:rsidRPr="044648B5" w:rsidR="25D3375D">
              <w:rPr>
                <w:lang w:val="en-US"/>
              </w:rPr>
              <w:t xml:space="preserve">Frequently provides supplemental information from various sources or mediums to </w:t>
            </w:r>
            <w:r w:rsidRPr="044648B5" w:rsidR="25D3375D">
              <w:rPr>
                <w:lang w:val="en-US"/>
              </w:rPr>
              <w:t>engage</w:t>
            </w:r>
            <w:r w:rsidRPr="044648B5" w:rsidR="3D0AF1DF">
              <w:rPr>
                <w:lang w:val="en-US"/>
              </w:rPr>
              <w:t xml:space="preserve"> </w:t>
            </w:r>
            <w:r w:rsidRPr="044648B5" w:rsidR="25D3375D">
              <w:rPr>
                <w:lang w:val="en-US"/>
              </w:rPr>
              <w:t>students</w:t>
            </w:r>
            <w:r w:rsidRPr="044648B5" w:rsidR="25D3375D">
              <w:rPr>
                <w:lang w:val="en-US"/>
              </w:rPr>
              <w:t xml:space="preserve"> with course content. </w:t>
            </w:r>
          </w:p>
          <w:p w:rsidR="00DA3FE4" w:rsidP="009E18BF" w:rsidRDefault="25D3375D" w14:paraId="4E8B83B8" w14:textId="6453F784">
            <w:r w:rsidRPr="17432E7D">
              <w:rPr>
                <w:lang w:val="en-US"/>
              </w:rPr>
              <w:t>Frequently encourages participation and questions and responds in a timely manner.</w:t>
            </w:r>
          </w:p>
        </w:tc>
        <w:tc>
          <w:tcPr>
            <w:tcW w:w="3768" w:type="dxa"/>
            <w:tcMar/>
          </w:tcPr>
          <w:p w:rsidR="00DA3FE4" w:rsidP="009E18BF" w:rsidRDefault="3AF44E50" w14:paraId="65C74ABB" w14:textId="24D87687">
            <w:r w:rsidRPr="044648B5" w:rsidR="3AF44E50">
              <w:rPr>
                <w:lang w:val="en-US"/>
              </w:rPr>
              <w:t>Frequently provides information, and</w:t>
            </w:r>
            <w:r w:rsidRPr="044648B5" w:rsidR="69B13475">
              <w:rPr>
                <w:lang w:val="en-US"/>
              </w:rPr>
              <w:t xml:space="preserve"> </w:t>
            </w:r>
            <w:r w:rsidRPr="044648B5" w:rsidR="3AF44E50">
              <w:rPr>
                <w:lang w:val="en-US"/>
              </w:rPr>
              <w:t xml:space="preserve">announcements beyond reminders that discuss </w:t>
            </w:r>
            <w:r w:rsidRPr="044648B5" w:rsidR="3AF44E50">
              <w:rPr>
                <w:lang w:val="en-US"/>
              </w:rPr>
              <w:t>previous</w:t>
            </w:r>
            <w:r w:rsidRPr="044648B5" w:rsidR="3AF44E50">
              <w:rPr>
                <w:lang w:val="en-US"/>
              </w:rPr>
              <w:t xml:space="preserve"> topics, trends in assignments, or that highlights key concepts. </w:t>
            </w:r>
          </w:p>
          <w:p w:rsidR="00DA3FE4" w:rsidP="009E18BF" w:rsidRDefault="3AF44E50" w14:paraId="5949087A" w14:textId="3394EB86">
            <w:r w:rsidRPr="044648B5" w:rsidR="3AF44E50">
              <w:rPr>
                <w:lang w:val="en-US"/>
              </w:rPr>
              <w:t>Frequently</w:t>
            </w:r>
            <w:r w:rsidRPr="044648B5" w:rsidR="4E65C8BE">
              <w:rPr>
                <w:lang w:val="en-US"/>
              </w:rPr>
              <w:t xml:space="preserve"> </w:t>
            </w:r>
            <w:r w:rsidRPr="044648B5" w:rsidR="3AF44E50">
              <w:rPr>
                <w:lang w:val="en-US"/>
              </w:rPr>
              <w:t>encourages</w:t>
            </w:r>
            <w:r w:rsidRPr="044648B5" w:rsidR="5BDB3463">
              <w:rPr>
                <w:lang w:val="en-US"/>
              </w:rPr>
              <w:t xml:space="preserve"> </w:t>
            </w:r>
            <w:r w:rsidRPr="044648B5" w:rsidR="3AF44E50">
              <w:rPr>
                <w:lang w:val="en-US"/>
              </w:rPr>
              <w:t>participation</w:t>
            </w:r>
            <w:r w:rsidRPr="044648B5" w:rsidR="67916F3C">
              <w:rPr>
                <w:lang w:val="en-US"/>
              </w:rPr>
              <w:t xml:space="preserve"> </w:t>
            </w:r>
            <w:r w:rsidRPr="044648B5" w:rsidR="3AF44E50">
              <w:rPr>
                <w:lang w:val="en-US"/>
              </w:rPr>
              <w:t>and</w:t>
            </w:r>
            <w:r w:rsidRPr="044648B5" w:rsidR="270A3CE9">
              <w:rPr>
                <w:lang w:val="en-US"/>
              </w:rPr>
              <w:t xml:space="preserve"> </w:t>
            </w:r>
            <w:r w:rsidRPr="044648B5" w:rsidR="3AF44E50">
              <w:rPr>
                <w:lang w:val="en-US"/>
              </w:rPr>
              <w:t>questions</w:t>
            </w:r>
            <w:r w:rsidRPr="044648B5" w:rsidR="217B1EED">
              <w:rPr>
                <w:lang w:val="en-US"/>
              </w:rPr>
              <w:t xml:space="preserve"> </w:t>
            </w:r>
            <w:r w:rsidRPr="044648B5" w:rsidR="3AF44E50">
              <w:rPr>
                <w:lang w:val="en-US"/>
              </w:rPr>
              <w:t>and</w:t>
            </w:r>
            <w:r w:rsidRPr="044648B5" w:rsidR="378327F3">
              <w:rPr>
                <w:lang w:val="en-US"/>
              </w:rPr>
              <w:t xml:space="preserve"> </w:t>
            </w:r>
            <w:r w:rsidRPr="044648B5" w:rsidR="3AF44E50">
              <w:rPr>
                <w:lang w:val="en-US"/>
              </w:rPr>
              <w:t>responds</w:t>
            </w:r>
            <w:r w:rsidRPr="044648B5" w:rsidR="4B4BF2C0">
              <w:rPr>
                <w:lang w:val="en-US"/>
              </w:rPr>
              <w:t xml:space="preserve"> </w:t>
            </w:r>
            <w:r w:rsidRPr="044648B5" w:rsidR="3AF44E50">
              <w:rPr>
                <w:lang w:val="en-US"/>
              </w:rPr>
              <w:t>in</w:t>
            </w:r>
            <w:r>
              <w:tab/>
            </w:r>
            <w:r w:rsidRPr="044648B5" w:rsidR="4455E3CC">
              <w:rPr>
                <w:lang w:val="en-US"/>
              </w:rPr>
              <w:t xml:space="preserve"> </w:t>
            </w:r>
            <w:r w:rsidRPr="044648B5" w:rsidR="3AF44E50">
              <w:rPr>
                <w:lang w:val="en-US"/>
              </w:rPr>
              <w:t>a</w:t>
            </w:r>
            <w:r w:rsidRPr="044648B5" w:rsidR="7E66C005">
              <w:rPr>
                <w:lang w:val="en-US"/>
              </w:rPr>
              <w:t xml:space="preserve"> </w:t>
            </w:r>
            <w:r w:rsidRPr="044648B5" w:rsidR="4BA2B0C0">
              <w:rPr>
                <w:lang w:val="en-US"/>
              </w:rPr>
              <w:t>timely</w:t>
            </w:r>
            <w:r w:rsidRPr="044648B5" w:rsidR="1564F504">
              <w:rPr>
                <w:lang w:val="en-US"/>
              </w:rPr>
              <w:t xml:space="preserve"> </w:t>
            </w:r>
            <w:r w:rsidRPr="044648B5" w:rsidR="1F74C5A3">
              <w:rPr>
                <w:lang w:val="en-US"/>
              </w:rPr>
              <w:t>manner</w:t>
            </w:r>
            <w:r w:rsidRPr="044648B5" w:rsidR="60C2D91E">
              <w:rPr>
                <w:lang w:val="en-US"/>
              </w:rPr>
              <w:t xml:space="preserve"> </w:t>
            </w:r>
            <w:r w:rsidRPr="044648B5" w:rsidR="3AF44E50">
              <w:rPr>
                <w:lang w:val="en-US"/>
              </w:rPr>
              <w:t>with</w:t>
            </w:r>
            <w:r w:rsidRPr="044648B5" w:rsidR="42DCEC68">
              <w:rPr>
                <w:lang w:val="en-US"/>
              </w:rPr>
              <w:t xml:space="preserve"> </w:t>
            </w:r>
            <w:r w:rsidRPr="044648B5" w:rsidR="3AF44E50">
              <w:rPr>
                <w:lang w:val="en-US"/>
              </w:rPr>
              <w:t>detailed</w:t>
            </w:r>
            <w:r w:rsidRPr="044648B5" w:rsidR="4B75928B">
              <w:rPr>
                <w:lang w:val="en-US"/>
              </w:rPr>
              <w:t xml:space="preserve"> </w:t>
            </w:r>
            <w:r w:rsidRPr="044648B5" w:rsidR="3AF44E50">
              <w:rPr>
                <w:lang w:val="en-US"/>
              </w:rPr>
              <w:t>information</w:t>
            </w:r>
            <w:r w:rsidRPr="044648B5" w:rsidR="383D5A74">
              <w:rPr>
                <w:lang w:val="en-US"/>
              </w:rPr>
              <w:t xml:space="preserve"> </w:t>
            </w:r>
            <w:r w:rsidRPr="044648B5" w:rsidR="3AF44E50">
              <w:rPr>
                <w:lang w:val="en-US"/>
              </w:rPr>
              <w:t>and ideas</w:t>
            </w:r>
            <w:r w:rsidRPr="044648B5" w:rsidR="1913FA59">
              <w:rPr>
                <w:lang w:val="en-US"/>
              </w:rPr>
              <w:t>.</w:t>
            </w:r>
          </w:p>
        </w:tc>
      </w:tr>
    </w:tbl>
    <w:p w:rsidRPr="00DA3FE4" w:rsidR="008E6A42" w:rsidRDefault="008E6A42" w14:paraId="6D6A39D8" w14:textId="77777777">
      <w:pPr>
        <w:rPr>
          <w:rFonts w:eastAsia="Arial" w:cs="Arial" w:asciiTheme="minorHAnsi" w:hAnsiTheme="minorHAnsi"/>
          <w:highlight w:val="white"/>
        </w:rPr>
      </w:pPr>
    </w:p>
    <w:p w:rsidRPr="00DA3FE4" w:rsidR="00DD787E" w:rsidP="044648B5" w:rsidRDefault="00E056B0" w14:paraId="7C77FE85" w14:textId="7C4EA9E4">
      <w:pPr>
        <w:pStyle w:val="ListParagraph"/>
        <w:numPr>
          <w:ilvl w:val="0"/>
          <w:numId w:val="4"/>
        </w:numPr>
        <w:spacing w:after="0"/>
        <w:rPr>
          <w:rFonts w:ascii="Cambria" w:hAnsi="Cambria" w:eastAsia="Arial" w:cs="Arial" w:asciiTheme="minorAscii" w:hAnsiTheme="minorAscii"/>
          <w:highlight w:val="white"/>
          <w:lang w:val="en-US"/>
        </w:rPr>
      </w:pPr>
      <w:bookmarkStart w:name="_heading=h.yb8s6pg7gacg" w:id="3"/>
      <w:bookmarkEnd w:id="3"/>
      <w:r w:rsidRPr="044648B5" w:rsidR="00E056B0">
        <w:rPr>
          <w:rFonts w:ascii="Cambria" w:hAnsi="Cambria" w:eastAsia="Arial" w:cs="Arial" w:asciiTheme="minorAscii" w:hAnsiTheme="minorAscii"/>
          <w:highlight w:val="white"/>
          <w:lang w:val="en-US"/>
        </w:rPr>
        <w:t xml:space="preserve">Use </w:t>
      </w:r>
      <w:r w:rsidRPr="044648B5" w:rsidR="00E056B0">
        <w:rPr>
          <w:rFonts w:ascii="Cambria" w:hAnsi="Cambria" w:eastAsia="Arial" w:cs="Arial" w:asciiTheme="minorAscii" w:hAnsiTheme="minorAscii"/>
          <w:b w:val="1"/>
          <w:bCs w:val="1"/>
          <w:highlight w:val="white"/>
          <w:lang w:val="en-US"/>
        </w:rPr>
        <w:t>Pages</w:t>
      </w:r>
      <w:r w:rsidRPr="044648B5" w:rsidR="00E056B0">
        <w:rPr>
          <w:rFonts w:ascii="Cambria" w:hAnsi="Cambria" w:eastAsia="Arial" w:cs="Arial" w:asciiTheme="minorAscii" w:hAnsiTheme="minorAscii"/>
          <w:highlight w:val="white"/>
          <w:lang w:val="en-US"/>
        </w:rPr>
        <w:t xml:space="preserve"> to provide </w:t>
      </w:r>
      <w:r w:rsidRPr="044648B5" w:rsidR="00E056B0">
        <w:rPr>
          <w:rFonts w:ascii="Cambria" w:hAnsi="Cambria" w:eastAsia="Arial" w:cs="Arial" w:asciiTheme="minorAscii" w:hAnsiTheme="minorAscii"/>
          <w:b w:val="1"/>
          <w:bCs w:val="1"/>
          <w:highlight w:val="white"/>
          <w:lang w:val="en-US"/>
        </w:rPr>
        <w:t>instructor-created content</w:t>
      </w:r>
      <w:r w:rsidRPr="044648B5" w:rsidR="00E056B0">
        <w:rPr>
          <w:rFonts w:ascii="Cambria" w:hAnsi="Cambria" w:eastAsia="Arial" w:cs="Arial" w:asciiTheme="minorAscii" w:hAnsiTheme="minorAscii"/>
          <w:highlight w:val="white"/>
          <w:lang w:val="en-US"/>
        </w:rPr>
        <w:t xml:space="preserve"> </w:t>
      </w:r>
      <w:r w:rsidRPr="044648B5" w:rsidR="00E056B0">
        <w:rPr>
          <w:rFonts w:ascii="Cambria" w:hAnsi="Cambria" w:eastAsia="Arial" w:cs="Arial" w:asciiTheme="minorAscii" w:hAnsiTheme="minorAscii"/>
          <w:highlight w:val="white"/>
          <w:lang w:val="en-US"/>
        </w:rPr>
        <w:t>regarding</w:t>
      </w:r>
      <w:r w:rsidRPr="044648B5" w:rsidR="00E056B0">
        <w:rPr>
          <w:rFonts w:ascii="Cambria" w:hAnsi="Cambria" w:eastAsia="Arial" w:cs="Arial" w:asciiTheme="minorAscii" w:hAnsiTheme="minorAscii"/>
          <w:highlight w:val="white"/>
          <w:lang w:val="en-US"/>
        </w:rPr>
        <w:t xml:space="preserve"> course content (</w:t>
      </w:r>
      <w:r w:rsidRPr="044648B5" w:rsidR="00E056B0">
        <w:rPr>
          <w:rFonts w:ascii="Cambria" w:hAnsi="Cambria" w:eastAsia="Arial" w:cs="Arial" w:asciiTheme="minorAscii" w:hAnsiTheme="minorAscii"/>
          <w:highlight w:val="white"/>
          <w:lang w:val="en-US"/>
        </w:rPr>
        <w:t>e.g.</w:t>
      </w:r>
      <w:r w:rsidRPr="044648B5" w:rsidR="00E056B0">
        <w:rPr>
          <w:rFonts w:ascii="Cambria" w:hAnsi="Cambria" w:eastAsia="Arial" w:cs="Arial" w:asciiTheme="minorAscii" w:hAnsiTheme="minorAscii"/>
          <w:highlight w:val="white"/>
          <w:lang w:val="en-US"/>
        </w:rPr>
        <w:t xml:space="preserve"> lessons, videos, images, </w:t>
      </w:r>
      <w:r w:rsidRPr="044648B5" w:rsidR="00E056B0">
        <w:rPr>
          <w:rFonts w:ascii="Cambria" w:hAnsi="Cambria" w:eastAsia="Arial" w:cs="Arial" w:asciiTheme="minorAscii" w:hAnsiTheme="minorAscii"/>
          <w:highlight w:val="white"/>
          <w:lang w:val="en-US"/>
        </w:rPr>
        <w:t>etc.)</w:t>
      </w:r>
      <w:r w:rsidRPr="044648B5" w:rsidR="1D420122">
        <w:rPr>
          <w:rFonts w:ascii="Cambria" w:hAnsi="Cambria" w:eastAsia="Arial" w:cs="Arial" w:asciiTheme="minorAscii" w:hAnsiTheme="minorAscii"/>
          <w:highlight w:val="white"/>
          <w:lang w:val="en-US"/>
        </w:rPr>
        <w:t>--</w:t>
      </w:r>
      <w:r w:rsidRPr="044648B5" w:rsidR="1D420122">
        <w:rPr>
          <w:rFonts w:ascii="Cambria" w:hAnsi="Cambria" w:eastAsia="Arial" w:cs="Arial" w:asciiTheme="minorAscii" w:hAnsiTheme="minorAscii"/>
          <w:highlight w:val="white"/>
          <w:lang w:val="en-US"/>
        </w:rPr>
        <w:t xml:space="preserve">make it accessible! </w:t>
      </w:r>
      <w:r w:rsidRPr="044648B5" w:rsidR="00E056B0">
        <w:rPr>
          <w:rFonts w:ascii="Cambria" w:hAnsi="Cambria" w:eastAsia="Arial" w:cs="Arial" w:asciiTheme="minorAscii" w:hAnsiTheme="minorAscii"/>
          <w:highlight w:val="white"/>
          <w:lang w:val="en-US"/>
        </w:rPr>
        <w:t xml:space="preserve">   </w:t>
      </w:r>
    </w:p>
    <w:p w:rsidRPr="00DA3FE4" w:rsidR="00DD787E" w:rsidP="17432E7D" w:rsidRDefault="00E056B0" w14:paraId="226C2443" w14:textId="7852E391">
      <w:pPr>
        <w:pStyle w:val="ListParagraph"/>
        <w:numPr>
          <w:ilvl w:val="0"/>
          <w:numId w:val="4"/>
        </w:numPr>
        <w:spacing w:after="0"/>
        <w:rPr>
          <w:rFonts w:eastAsia="Arial" w:cs="Arial" w:asciiTheme="minorHAnsi" w:hAnsiTheme="minorHAnsi"/>
          <w:highlight w:val="white"/>
          <w:lang w:val="en-US"/>
        </w:rPr>
      </w:pPr>
      <w:r w:rsidRPr="17432E7D">
        <w:rPr>
          <w:rFonts w:eastAsia="Arial" w:cs="Arial" w:asciiTheme="minorHAnsi" w:hAnsiTheme="minorHAnsi"/>
          <w:highlight w:val="white"/>
          <w:lang w:val="en-US"/>
        </w:rPr>
        <w:t xml:space="preserve">Provide a statement </w:t>
      </w:r>
      <w:r w:rsidRPr="17432E7D" w:rsidR="68BC8800">
        <w:rPr>
          <w:rFonts w:eastAsia="Arial" w:cs="Arial" w:asciiTheme="minorHAnsi" w:hAnsiTheme="minorHAnsi"/>
          <w:highlight w:val="white"/>
          <w:lang w:val="en-US"/>
        </w:rPr>
        <w:t xml:space="preserve">in the </w:t>
      </w:r>
      <w:r w:rsidRPr="17432E7D" w:rsidR="560019FB">
        <w:rPr>
          <w:rFonts w:eastAsia="Arial" w:cs="Arial" w:asciiTheme="minorHAnsi" w:hAnsiTheme="minorHAnsi"/>
          <w:b/>
          <w:bCs/>
          <w:highlight w:val="white"/>
          <w:lang w:val="en-US"/>
        </w:rPr>
        <w:t>s</w:t>
      </w:r>
      <w:r w:rsidRPr="17432E7D" w:rsidR="68BC8800">
        <w:rPr>
          <w:rFonts w:eastAsia="Arial" w:cs="Arial" w:asciiTheme="minorHAnsi" w:hAnsiTheme="minorHAnsi"/>
          <w:b/>
          <w:bCs/>
          <w:highlight w:val="white"/>
          <w:lang w:val="en-US"/>
        </w:rPr>
        <w:t>yllabus</w:t>
      </w:r>
      <w:r w:rsidRPr="17432E7D" w:rsidR="68BC8800">
        <w:rPr>
          <w:rFonts w:eastAsia="Arial" w:cs="Arial" w:asciiTheme="minorHAnsi" w:hAnsiTheme="minorHAnsi"/>
          <w:highlight w:val="white"/>
          <w:lang w:val="en-US"/>
        </w:rPr>
        <w:t xml:space="preserve"> </w:t>
      </w:r>
      <w:r w:rsidRPr="17432E7D">
        <w:rPr>
          <w:rFonts w:eastAsia="Arial" w:cs="Arial" w:asciiTheme="minorHAnsi" w:hAnsiTheme="minorHAnsi"/>
          <w:highlight w:val="white"/>
          <w:lang w:val="en-US"/>
        </w:rPr>
        <w:t xml:space="preserve">about how RSI will be achieved, scheduled, and delivered.  </w:t>
      </w:r>
    </w:p>
    <w:p w:rsidRPr="00DA3FE4" w:rsidR="00DD787E" w:rsidP="17432E7D" w:rsidRDefault="5877FE42" w14:paraId="29B7E00E" w14:textId="2F73CA92">
      <w:pPr>
        <w:pStyle w:val="ListParagraph"/>
        <w:numPr>
          <w:ilvl w:val="0"/>
          <w:numId w:val="4"/>
        </w:numPr>
        <w:spacing w:after="0"/>
        <w:rPr>
          <w:rFonts w:eastAsia="Arial" w:cs="Arial" w:asciiTheme="minorHAnsi" w:hAnsiTheme="minorHAnsi"/>
          <w:highlight w:val="white"/>
          <w:lang w:val="en-US"/>
        </w:rPr>
      </w:pPr>
      <w:r w:rsidRPr="17432E7D">
        <w:rPr>
          <w:rFonts w:eastAsia="Arial" w:cs="Arial" w:asciiTheme="minorHAnsi" w:hAnsiTheme="minorHAnsi"/>
          <w:highlight w:val="white"/>
          <w:lang w:val="en-US"/>
        </w:rPr>
        <w:t>Provide a detailed</w:t>
      </w:r>
      <w:r w:rsidRPr="17432E7D">
        <w:rPr>
          <w:rFonts w:eastAsia="Arial" w:cs="Arial" w:asciiTheme="minorHAnsi" w:hAnsiTheme="minorHAnsi"/>
          <w:b/>
          <w:bCs/>
          <w:highlight w:val="white"/>
          <w:lang w:val="en-US"/>
        </w:rPr>
        <w:t xml:space="preserve"> c</w:t>
      </w:r>
      <w:r w:rsidRPr="17432E7D" w:rsidR="00E056B0">
        <w:rPr>
          <w:rFonts w:eastAsia="Arial" w:cs="Arial" w:asciiTheme="minorHAnsi" w:hAnsiTheme="minorHAnsi"/>
          <w:b/>
          <w:bCs/>
          <w:highlight w:val="white"/>
          <w:lang w:val="en-US"/>
        </w:rPr>
        <w:t>ommunication plan</w:t>
      </w:r>
      <w:r w:rsidRPr="17432E7D" w:rsidR="2474292A">
        <w:rPr>
          <w:rFonts w:eastAsia="Arial" w:cs="Arial" w:asciiTheme="minorHAnsi" w:hAnsiTheme="minorHAnsi"/>
          <w:b/>
          <w:bCs/>
          <w:highlight w:val="white"/>
          <w:lang w:val="en-US"/>
        </w:rPr>
        <w:t xml:space="preserve"> </w:t>
      </w:r>
      <w:r w:rsidRPr="17432E7D" w:rsidR="2474292A">
        <w:rPr>
          <w:rFonts w:eastAsia="Arial" w:cs="Arial" w:asciiTheme="minorHAnsi" w:hAnsiTheme="minorHAnsi"/>
          <w:highlight w:val="white"/>
          <w:lang w:val="en-US"/>
        </w:rPr>
        <w:t xml:space="preserve">outlining </w:t>
      </w:r>
      <w:r w:rsidRPr="17432E7D" w:rsidR="00E056B0">
        <w:rPr>
          <w:rFonts w:eastAsia="Arial" w:cs="Arial" w:asciiTheme="minorHAnsi" w:hAnsiTheme="minorHAnsi"/>
          <w:highlight w:val="white"/>
          <w:lang w:val="en-US"/>
        </w:rPr>
        <w:t xml:space="preserve">participation requirements and contact information.  </w:t>
      </w:r>
    </w:p>
    <w:p w:rsidRPr="00DA3FE4" w:rsidR="00DD787E" w:rsidP="044648B5" w:rsidRDefault="00E056B0" w14:paraId="0E1B3807" w14:textId="3F92AFF7">
      <w:pPr>
        <w:pStyle w:val="ListParagraph"/>
        <w:numPr>
          <w:ilvl w:val="0"/>
          <w:numId w:val="4"/>
        </w:numPr>
        <w:spacing w:after="0"/>
        <w:rPr>
          <w:rFonts w:ascii="Cambria" w:hAnsi="Cambria" w:asciiTheme="minorAscii" w:hAnsiTheme="minorAscii"/>
          <w:highlight w:val="white"/>
          <w:lang w:val="en-US"/>
        </w:rPr>
      </w:pPr>
      <w:r w:rsidRPr="044648B5" w:rsidR="00E056B0">
        <w:rPr>
          <w:rFonts w:ascii="Cambria" w:hAnsi="Cambria" w:eastAsia="Arial" w:cs="Arial" w:asciiTheme="minorAscii" w:hAnsiTheme="minorAscii"/>
          <w:highlight w:val="white"/>
          <w:lang w:val="en-US"/>
        </w:rPr>
        <w:t xml:space="preserve">State how, where, and when you will respond to questions </w:t>
      </w:r>
      <w:r w:rsidRPr="044648B5" w:rsidR="6FFF3458">
        <w:rPr>
          <w:rFonts w:ascii="Cambria" w:hAnsi="Cambria" w:eastAsia="Arial" w:cs="Arial" w:asciiTheme="minorAscii" w:hAnsiTheme="minorAscii"/>
          <w:highlight w:val="white"/>
          <w:lang w:val="en-US"/>
        </w:rPr>
        <w:t xml:space="preserve">(in the syllabus, communication plan, and/or </w:t>
      </w:r>
      <w:r w:rsidRPr="044648B5" w:rsidR="6FFF3458">
        <w:rPr>
          <w:rFonts w:ascii="Cambria" w:hAnsi="Cambria" w:eastAsia="Arial" w:cs="Arial" w:asciiTheme="minorAscii" w:hAnsiTheme="minorAscii"/>
          <w:highlight w:val="white"/>
          <w:lang w:val="en-US"/>
        </w:rPr>
        <w:t>homepage)</w:t>
      </w:r>
      <w:r>
        <w:tab/>
      </w:r>
      <w:r w:rsidRPr="044648B5" w:rsidR="00E056B0">
        <w:rPr>
          <w:rFonts w:ascii="Cambria" w:hAnsi="Cambria" w:eastAsia="Calibri" w:cs="Calibri" w:asciiTheme="minorAscii" w:hAnsiTheme="minorAscii"/>
          <w:sz w:val="24"/>
          <w:szCs w:val="24"/>
          <w:highlight w:val="white"/>
          <w:lang w:val="en-US"/>
        </w:rPr>
        <w:t xml:space="preserve"> </w:t>
      </w:r>
    </w:p>
    <w:p w:rsidR="00E056B0" w:rsidP="044648B5" w:rsidRDefault="00E056B0" w14:paraId="1A71E5E3" w14:textId="5E86DA9E">
      <w:pPr>
        <w:pStyle w:val="ListParagraph"/>
        <w:numPr>
          <w:ilvl w:val="0"/>
          <w:numId w:val="4"/>
        </w:numPr>
        <w:spacing w:after="0"/>
        <w:rPr>
          <w:rFonts w:ascii="Cambria" w:hAnsi="Cambria" w:eastAsia="Calibri" w:cs="Calibri" w:asciiTheme="minorAscii" w:hAnsiTheme="minorAscii"/>
          <w:sz w:val="24"/>
          <w:szCs w:val="24"/>
          <w:highlight w:val="white"/>
          <w:lang w:val="en-US"/>
        </w:rPr>
      </w:pPr>
      <w:r w:rsidRPr="044648B5" w:rsidR="00E056B0">
        <w:rPr>
          <w:rFonts w:ascii="Cambria" w:hAnsi="Cambria" w:eastAsia="Arial" w:cs="Arial" w:asciiTheme="minorAscii" w:hAnsiTheme="minorAscii"/>
          <w:highlight w:val="white"/>
          <w:lang w:val="en-US"/>
        </w:rPr>
        <w:t xml:space="preserve">Respond to questions and/or provide answers weekly (such as </w:t>
      </w:r>
      <w:r w:rsidRPr="044648B5" w:rsidR="27B2D2A6">
        <w:rPr>
          <w:rFonts w:ascii="Cambria" w:hAnsi="Cambria" w:eastAsia="Arial" w:cs="Arial" w:asciiTheme="minorAscii" w:hAnsiTheme="minorAscii"/>
          <w:highlight w:val="white"/>
          <w:lang w:val="en-US"/>
        </w:rPr>
        <w:t xml:space="preserve">posting </w:t>
      </w:r>
      <w:r w:rsidRPr="044648B5" w:rsidR="00E056B0">
        <w:rPr>
          <w:rFonts w:ascii="Cambria" w:hAnsi="Cambria" w:eastAsia="Arial" w:cs="Arial" w:asciiTheme="minorAscii" w:hAnsiTheme="minorAscii"/>
          <w:highlight w:val="white"/>
          <w:lang w:val="en-US"/>
        </w:rPr>
        <w:t>office hours, meet ups</w:t>
      </w:r>
      <w:r w:rsidRPr="044648B5" w:rsidR="00E056B0">
        <w:rPr>
          <w:rFonts w:ascii="Cambria" w:hAnsi="Cambria" w:eastAsia="Arial" w:cs="Arial" w:asciiTheme="minorAscii" w:hAnsiTheme="minorAscii"/>
          <w:highlight w:val="white"/>
          <w:lang w:val="en-US"/>
        </w:rPr>
        <w:t>,</w:t>
      </w:r>
      <w:r w:rsidRPr="044648B5" w:rsidR="32201051">
        <w:rPr>
          <w:rFonts w:ascii="Cambria" w:hAnsi="Cambria" w:eastAsia="Arial" w:cs="Arial" w:asciiTheme="minorAscii" w:hAnsiTheme="minorAscii"/>
          <w:highlight w:val="white"/>
          <w:lang w:val="en-US"/>
        </w:rPr>
        <w:t xml:space="preserve"> </w:t>
      </w:r>
      <w:r w:rsidRPr="044648B5" w:rsidR="00E056B0">
        <w:rPr>
          <w:rFonts w:ascii="Cambria" w:hAnsi="Cambria" w:eastAsia="Arial" w:cs="Arial" w:asciiTheme="minorAscii" w:hAnsiTheme="minorAscii"/>
          <w:highlight w:val="white"/>
          <w:lang w:val="en-US"/>
        </w:rPr>
        <w:t>Q</w:t>
      </w:r>
      <w:r w:rsidRPr="044648B5" w:rsidR="00E056B0">
        <w:rPr>
          <w:rFonts w:ascii="Cambria" w:hAnsi="Cambria" w:eastAsia="Arial" w:cs="Arial" w:asciiTheme="minorAscii" w:hAnsiTheme="minorAscii"/>
          <w:highlight w:val="white"/>
          <w:lang w:val="en-US"/>
        </w:rPr>
        <w:t>&amp;A</w:t>
      </w:r>
      <w:r w:rsidRPr="044648B5" w:rsidR="11399FB1">
        <w:rPr>
          <w:rFonts w:ascii="Cambria" w:hAnsi="Cambria" w:eastAsia="Arial" w:cs="Arial" w:asciiTheme="minorAscii" w:hAnsiTheme="minorAscii"/>
          <w:highlight w:val="white"/>
          <w:lang w:val="en-US"/>
        </w:rPr>
        <w:t xml:space="preserve"> discussion</w:t>
      </w:r>
      <w:r w:rsidRPr="044648B5" w:rsidR="00E056B0">
        <w:rPr>
          <w:rFonts w:ascii="Cambria" w:hAnsi="Cambria" w:eastAsia="Arial" w:cs="Arial" w:asciiTheme="minorAscii" w:hAnsiTheme="minorAscii"/>
          <w:highlight w:val="white"/>
          <w:lang w:val="en-US"/>
        </w:rPr>
        <w:t xml:space="preserve">). </w:t>
      </w:r>
    </w:p>
    <w:p w:rsidR="00DD787E" w:rsidRDefault="00DD787E" w14:paraId="70962335" w14:textId="77777777"/>
    <w:p w:rsidR="044648B5" w:rsidRDefault="044648B5" w14:paraId="7547CC61" w14:textId="7F7B07D2"/>
    <w:p w:rsidR="044648B5" w:rsidRDefault="044648B5" w14:paraId="71D3C43A" w14:textId="248CFF1B"/>
    <w:p w:rsidR="00DD787E" w:rsidP="17432E7D" w:rsidRDefault="3CE863F0" w14:paraId="66A0CEA2" w14:textId="7FB80F8B">
      <w:pPr>
        <w:pStyle w:val="Heading3"/>
        <w:rPr>
          <w:sz w:val="28"/>
          <w:szCs w:val="28"/>
        </w:rPr>
      </w:pPr>
      <w:r w:rsidRPr="17432E7D">
        <w:rPr>
          <w:sz w:val="28"/>
          <w:szCs w:val="28"/>
          <w:lang w:val="en-US"/>
        </w:rPr>
        <w:t>D- Facilitating a group discussion regarding the content of a course or competency.</w:t>
      </w:r>
    </w:p>
    <w:tbl>
      <w:tblPr>
        <w:tblW w:w="0" w:type="auto"/>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400" w:firstRow="0" w:lastRow="0" w:firstColumn="0" w:lastColumn="0" w:noHBand="0" w:noVBand="1"/>
      </w:tblPr>
      <w:tblGrid>
        <w:gridCol w:w="3309"/>
        <w:gridCol w:w="3635"/>
        <w:gridCol w:w="3745"/>
        <w:gridCol w:w="3701"/>
      </w:tblGrid>
      <w:tr w:rsidR="17432E7D" w:rsidTr="044648B5" w14:paraId="5458E6F7" w14:textId="77777777">
        <w:trPr>
          <w:trHeight w:val="300"/>
        </w:trPr>
        <w:tc>
          <w:tcPr>
            <w:tcW w:w="3330" w:type="dxa"/>
            <w:tcMar/>
          </w:tcPr>
          <w:p w:rsidR="17432E7D" w:rsidRDefault="17432E7D" w14:paraId="49C2E964" w14:textId="77777777">
            <w:r w:rsidRPr="17432E7D">
              <w:rPr>
                <w:b/>
                <w:bCs/>
              </w:rPr>
              <w:t>Initial</w:t>
            </w:r>
          </w:p>
        </w:tc>
        <w:tc>
          <w:tcPr>
            <w:tcW w:w="3655" w:type="dxa"/>
            <w:tcMar/>
          </w:tcPr>
          <w:p w:rsidR="17432E7D" w:rsidRDefault="17432E7D" w14:paraId="62E91993" w14:textId="77777777">
            <w:r w:rsidRPr="17432E7D">
              <w:rPr>
                <w:b/>
                <w:bCs/>
              </w:rPr>
              <w:t>Emerging</w:t>
            </w:r>
          </w:p>
        </w:tc>
        <w:tc>
          <w:tcPr>
            <w:tcW w:w="3765" w:type="dxa"/>
            <w:tcMar/>
          </w:tcPr>
          <w:p w:rsidR="17432E7D" w:rsidRDefault="17432E7D" w14:paraId="0F3EFEDD" w14:textId="77777777">
            <w:r w:rsidRPr="17432E7D">
              <w:rPr>
                <w:b/>
                <w:bCs/>
              </w:rPr>
              <w:t>Developed</w:t>
            </w:r>
          </w:p>
        </w:tc>
        <w:tc>
          <w:tcPr>
            <w:tcW w:w="3721" w:type="dxa"/>
            <w:tcMar/>
          </w:tcPr>
          <w:p w:rsidR="17432E7D" w:rsidRDefault="17432E7D" w14:paraId="760CB882" w14:textId="77777777">
            <w:r w:rsidRPr="17432E7D">
              <w:rPr>
                <w:b/>
                <w:bCs/>
              </w:rPr>
              <w:t>Highly Developed</w:t>
            </w:r>
          </w:p>
        </w:tc>
      </w:tr>
      <w:tr w:rsidR="17432E7D" w:rsidTr="044648B5" w14:paraId="0167ECE8" w14:textId="77777777">
        <w:trPr>
          <w:trHeight w:val="300"/>
        </w:trPr>
        <w:tc>
          <w:tcPr>
            <w:tcW w:w="3330" w:type="dxa"/>
            <w:tcMar/>
          </w:tcPr>
          <w:p w:rsidR="17432E7D" w:rsidP="17432E7D" w:rsidRDefault="17432E7D" w14:paraId="025E2FF0" w14:textId="25CC3BBE">
            <w:pPr>
              <w:rPr>
                <w:lang w:val="en-US"/>
              </w:rPr>
            </w:pPr>
            <w:r w:rsidRPr="044648B5" w:rsidR="67B58ABB">
              <w:rPr>
                <w:lang w:val="en-US"/>
              </w:rPr>
              <w:t>Provides prompts, questions</w:t>
            </w:r>
            <w:r>
              <w:tab/>
            </w:r>
            <w:r w:rsidRPr="044648B5" w:rsidR="67B58ABB">
              <w:rPr>
                <w:lang w:val="en-US"/>
              </w:rPr>
              <w:t>or topics to engage students.</w:t>
            </w:r>
          </w:p>
        </w:tc>
        <w:tc>
          <w:tcPr>
            <w:tcW w:w="3655" w:type="dxa"/>
            <w:tcMar/>
          </w:tcPr>
          <w:p w:rsidR="17432E7D" w:rsidP="17432E7D" w:rsidRDefault="17432E7D" w14:paraId="2E906E99" w14:textId="698DA1D5">
            <w:pPr>
              <w:rPr>
                <w:b w:val="1"/>
                <w:bCs w:val="1"/>
                <w:lang w:val="en-US"/>
              </w:rPr>
            </w:pPr>
            <w:r w:rsidRPr="044648B5" w:rsidR="5EA26FB9">
              <w:rPr>
                <w:b w:val="1"/>
                <w:bCs w:val="1"/>
                <w:lang w:val="en-US"/>
              </w:rPr>
              <w:t>Periodically provides</w:t>
            </w:r>
            <w:r>
              <w:tab/>
            </w:r>
            <w:r w:rsidRPr="044648B5" w:rsidR="5EA26FB9">
              <w:rPr>
                <w:b w:val="1"/>
                <w:bCs w:val="1"/>
                <w:lang w:val="en-US"/>
              </w:rPr>
              <w:t xml:space="preserve"> prompts and occasional comments or guidance to students in discussions to</w:t>
            </w:r>
            <w:r>
              <w:tab/>
            </w:r>
            <w:r w:rsidRPr="044648B5" w:rsidR="5EA26FB9">
              <w:rPr>
                <w:b w:val="1"/>
                <w:bCs w:val="1"/>
                <w:lang w:val="en-US"/>
              </w:rPr>
              <w:t>ensure</w:t>
            </w:r>
            <w:r>
              <w:tab/>
            </w:r>
            <w:r w:rsidRPr="044648B5" w:rsidR="5EA26FB9">
              <w:rPr>
                <w:b w:val="1"/>
                <w:bCs w:val="1"/>
                <w:lang w:val="en-US"/>
              </w:rPr>
              <w:t>focus is on course content and discussion is productive.</w:t>
            </w:r>
          </w:p>
        </w:tc>
        <w:tc>
          <w:tcPr>
            <w:tcW w:w="3765" w:type="dxa"/>
            <w:tcMar/>
          </w:tcPr>
          <w:p w:rsidR="17432E7D" w:rsidP="17432E7D" w:rsidRDefault="17432E7D" w14:paraId="22E53BF2" w14:textId="39C1BEA0">
            <w:pPr>
              <w:rPr>
                <w:lang w:val="en-US"/>
              </w:rPr>
            </w:pPr>
            <w:r w:rsidRPr="044648B5" w:rsidR="45D6AB3D">
              <w:rPr>
                <w:lang w:val="en-US"/>
              </w:rPr>
              <w:t>Consistently provides comments or guidance in discussions to enhance course content/competency mastery.</w:t>
            </w:r>
          </w:p>
        </w:tc>
        <w:tc>
          <w:tcPr>
            <w:tcW w:w="3721" w:type="dxa"/>
            <w:tcMar/>
          </w:tcPr>
          <w:p w:rsidR="17432E7D" w:rsidP="17432E7D" w:rsidRDefault="17432E7D" w14:paraId="72CB67C8" w14:textId="6A7693E1">
            <w:pPr>
              <w:rPr>
                <w:lang w:val="en-US"/>
              </w:rPr>
            </w:pPr>
            <w:r w:rsidRPr="044648B5" w:rsidR="32F512C4">
              <w:rPr>
                <w:lang w:val="en-US"/>
              </w:rPr>
              <w:t>Frequently provides comments or guidance in discussions, such as to</w:t>
            </w:r>
            <w:r w:rsidRPr="044648B5" w:rsidR="08CD1075">
              <w:rPr>
                <w:lang w:val="en-US"/>
              </w:rPr>
              <w:t xml:space="preserve"> </w:t>
            </w:r>
            <w:r w:rsidRPr="044648B5" w:rsidR="32F512C4">
              <w:rPr>
                <w:lang w:val="en-US"/>
              </w:rPr>
              <w:t>pose</w:t>
            </w:r>
            <w:r w:rsidRPr="044648B5" w:rsidR="53E3F435">
              <w:rPr>
                <w:lang w:val="en-US"/>
              </w:rPr>
              <w:t xml:space="preserve"> </w:t>
            </w:r>
            <w:r w:rsidRPr="044648B5" w:rsidR="32F512C4">
              <w:rPr>
                <w:lang w:val="en-US"/>
              </w:rPr>
              <w:t>questions,</w:t>
            </w:r>
            <w:r w:rsidRPr="044648B5" w:rsidR="3654D840">
              <w:rPr>
                <w:lang w:val="en-US"/>
              </w:rPr>
              <w:t xml:space="preserve"> </w:t>
            </w:r>
            <w:r w:rsidRPr="044648B5" w:rsidR="32F512C4">
              <w:rPr>
                <w:lang w:val="en-US"/>
              </w:rPr>
              <w:t>propose</w:t>
            </w:r>
            <w:r>
              <w:tab/>
            </w:r>
            <w:r w:rsidRPr="044648B5" w:rsidR="32F512C4">
              <w:rPr>
                <w:lang w:val="en-US"/>
              </w:rPr>
              <w:t>alternative</w:t>
            </w:r>
            <w:r w:rsidRPr="044648B5" w:rsidR="737D2202">
              <w:rPr>
                <w:lang w:val="en-US"/>
              </w:rPr>
              <w:t xml:space="preserve"> </w:t>
            </w:r>
            <w:r w:rsidRPr="044648B5" w:rsidR="32F512C4">
              <w:rPr>
                <w:lang w:val="en-US"/>
              </w:rPr>
              <w:t>viewpoints,</w:t>
            </w:r>
            <w:r w:rsidRPr="044648B5" w:rsidR="1F519A00">
              <w:rPr>
                <w:lang w:val="en-US"/>
              </w:rPr>
              <w:t xml:space="preserve"> </w:t>
            </w:r>
            <w:r w:rsidRPr="044648B5" w:rsidR="32F512C4">
              <w:rPr>
                <w:lang w:val="en-US"/>
              </w:rPr>
              <w:t>connect</w:t>
            </w:r>
            <w:r w:rsidRPr="044648B5" w:rsidR="3A3FA69B">
              <w:rPr>
                <w:lang w:val="en-US"/>
              </w:rPr>
              <w:t xml:space="preserve"> </w:t>
            </w:r>
            <w:r w:rsidRPr="044648B5" w:rsidR="32F512C4">
              <w:rPr>
                <w:lang w:val="en-US"/>
              </w:rPr>
              <w:t xml:space="preserve">ideas, and encourage students, </w:t>
            </w:r>
            <w:r w:rsidRPr="044648B5" w:rsidR="32F512C4">
              <w:rPr>
                <w:lang w:val="en-US"/>
              </w:rPr>
              <w:t>in</w:t>
            </w:r>
            <w:r w:rsidRPr="044648B5" w:rsidR="4F32FFE1">
              <w:rPr>
                <w:lang w:val="en-US"/>
              </w:rPr>
              <w:t xml:space="preserve"> </w:t>
            </w:r>
            <w:r w:rsidRPr="044648B5" w:rsidR="32F512C4">
              <w:rPr>
                <w:lang w:val="en-US"/>
              </w:rPr>
              <w:t>order</w:t>
            </w:r>
            <w:r w:rsidRPr="044648B5" w:rsidR="05219CBB">
              <w:rPr>
                <w:lang w:val="en-US"/>
              </w:rPr>
              <w:t xml:space="preserve"> </w:t>
            </w:r>
            <w:r w:rsidRPr="044648B5" w:rsidR="32F512C4">
              <w:rPr>
                <w:lang w:val="en-US"/>
              </w:rPr>
              <w:t>to</w:t>
            </w:r>
            <w:r w:rsidRPr="044648B5" w:rsidR="5FE91999">
              <w:rPr>
                <w:lang w:val="en-US"/>
              </w:rPr>
              <w:t xml:space="preserve"> </w:t>
            </w:r>
            <w:r w:rsidRPr="044648B5" w:rsidR="32F512C4">
              <w:rPr>
                <w:lang w:val="en-US"/>
              </w:rPr>
              <w:t>enhance</w:t>
            </w:r>
            <w:r w:rsidRPr="044648B5" w:rsidR="085E0588">
              <w:rPr>
                <w:lang w:val="en-US"/>
              </w:rPr>
              <w:t xml:space="preserve"> </w:t>
            </w:r>
            <w:r w:rsidRPr="044648B5" w:rsidR="32F512C4">
              <w:rPr>
                <w:lang w:val="en-US"/>
              </w:rPr>
              <w:t>course</w:t>
            </w:r>
            <w:r w:rsidRPr="044648B5" w:rsidR="47A3B50A">
              <w:rPr>
                <w:lang w:val="en-US"/>
              </w:rPr>
              <w:t xml:space="preserve"> </w:t>
            </w:r>
            <w:r w:rsidRPr="044648B5" w:rsidR="32F512C4">
              <w:rPr>
                <w:lang w:val="en-US"/>
              </w:rPr>
              <w:t>content/competency</w:t>
            </w:r>
            <w:r w:rsidRPr="044648B5" w:rsidR="0A820BB0">
              <w:rPr>
                <w:lang w:val="en-US"/>
              </w:rPr>
              <w:t xml:space="preserve"> </w:t>
            </w:r>
            <w:r w:rsidRPr="044648B5" w:rsidR="32F512C4">
              <w:rPr>
                <w:lang w:val="en-US"/>
              </w:rPr>
              <w:t>mastery.</w:t>
            </w:r>
          </w:p>
        </w:tc>
      </w:tr>
    </w:tbl>
    <w:p w:rsidR="00DD787E" w:rsidP="17432E7D" w:rsidRDefault="00DD787E" w14:paraId="4AD18970" w14:textId="29073DD6">
      <w:pPr>
        <w:pStyle w:val="ListParagraph"/>
        <w:numPr>
          <w:ilvl w:val="0"/>
          <w:numId w:val="3"/>
        </w:numPr>
        <w:rPr>
          <w:lang w:val="en-US"/>
        </w:rPr>
      </w:pPr>
      <w:r w:rsidRPr="044648B5" w:rsidR="7E6FE610">
        <w:rPr>
          <w:lang w:val="en-US"/>
        </w:rPr>
        <w:t>Provide Discussion</w:t>
      </w:r>
      <w:r w:rsidRPr="044648B5" w:rsidR="4BF38C1F">
        <w:rPr>
          <w:lang w:val="en-US"/>
        </w:rPr>
        <w:t xml:space="preserve"> assignments</w:t>
      </w:r>
      <w:r w:rsidRPr="044648B5" w:rsidR="7E6FE610">
        <w:rPr>
          <w:lang w:val="en-US"/>
        </w:rPr>
        <w:t xml:space="preserve"> throughout the semester </w:t>
      </w:r>
    </w:p>
    <w:p w:rsidR="17432E7D" w:rsidP="044648B5" w:rsidRDefault="17432E7D" w14:paraId="7DEDD3DA" w14:textId="52B6507B">
      <w:pPr>
        <w:pStyle w:val="ListParagraph"/>
        <w:numPr>
          <w:ilvl w:val="0"/>
          <w:numId w:val="3"/>
        </w:numPr>
        <w:rPr>
          <w:lang w:val="en-US"/>
        </w:rPr>
      </w:pPr>
      <w:r w:rsidRPr="044648B5" w:rsidR="7E6FE610">
        <w:rPr>
          <w:lang w:val="en-US"/>
        </w:rPr>
        <w:t xml:space="preserve">In lieu of Discussions, use tools such as Hypothes.is, Padlet, and/or </w:t>
      </w:r>
      <w:r w:rsidRPr="044648B5" w:rsidR="7E6FE610">
        <w:rPr>
          <w:lang w:val="en-US"/>
        </w:rPr>
        <w:t>Pronto</w:t>
      </w:r>
      <w:r w:rsidRPr="044648B5" w:rsidR="7E6FE610">
        <w:rPr>
          <w:lang w:val="en-US"/>
        </w:rPr>
        <w:t xml:space="preserve"> to engage students in authentic peer-to-peer </w:t>
      </w:r>
      <w:r w:rsidRPr="044648B5" w:rsidR="7E6FE610">
        <w:rPr>
          <w:lang w:val="en-US"/>
        </w:rPr>
        <w:t>communication</w:t>
      </w:r>
      <w:r w:rsidRPr="044648B5" w:rsidR="7E6FE610">
        <w:rPr>
          <w:lang w:val="en-US"/>
        </w:rPr>
        <w:t xml:space="preserve"> </w:t>
      </w:r>
    </w:p>
    <w:p w:rsidR="17432E7D" w:rsidP="044648B5" w:rsidRDefault="17432E7D" w14:paraId="55E72F19" w14:textId="164C9B0C">
      <w:pPr>
        <w:pStyle w:val="ListParagraph"/>
        <w:numPr>
          <w:ilvl w:val="0"/>
          <w:numId w:val="3"/>
        </w:numPr>
        <w:rPr>
          <w:lang w:val="en-US"/>
        </w:rPr>
      </w:pPr>
      <w:r w:rsidRPr="044648B5" w:rsidR="27BF5715">
        <w:rPr>
          <w:lang w:val="en-US"/>
        </w:rPr>
        <w:t>Provide guidance and/or occasional comments on Discussions (</w:t>
      </w:r>
      <w:r w:rsidRPr="044648B5" w:rsidR="27BF5715">
        <w:rPr>
          <w:lang w:val="en-US"/>
        </w:rPr>
        <w:t>e.g.</w:t>
      </w:r>
      <w:r w:rsidRPr="044648B5" w:rsidR="27BF5715">
        <w:rPr>
          <w:lang w:val="en-US"/>
        </w:rPr>
        <w:t xml:space="preserve"> to individual students and/or reply to the entire class)</w:t>
      </w:r>
    </w:p>
    <w:p w:rsidR="17432E7D" w:rsidP="044648B5" w:rsidRDefault="17432E7D" w14:paraId="6FA987AD" w14:textId="4DDFC1F5">
      <w:pPr>
        <w:pStyle w:val="ListParagraph"/>
        <w:numPr>
          <w:ilvl w:val="0"/>
          <w:numId w:val="3"/>
        </w:numPr>
        <w:rPr>
          <w:lang w:val="en-US"/>
        </w:rPr>
      </w:pPr>
      <w:r w:rsidRPr="044648B5" w:rsidR="27BF5715">
        <w:rPr>
          <w:lang w:val="en-US"/>
        </w:rPr>
        <w:t>Use Announcements to comment on discussion content</w:t>
      </w:r>
    </w:p>
    <w:p w:rsidR="17432E7D" w:rsidP="044648B5" w:rsidRDefault="17432E7D" w14:paraId="038A5B49" w14:textId="7E2EECB4">
      <w:pPr>
        <w:pStyle w:val="ListParagraph"/>
        <w:numPr>
          <w:ilvl w:val="0"/>
          <w:numId w:val="3"/>
        </w:numPr>
        <w:rPr>
          <w:lang w:val="en-US"/>
        </w:rPr>
      </w:pPr>
      <w:r w:rsidRPr="044648B5" w:rsidR="137BC1C8">
        <w:rPr>
          <w:lang w:val="en-US"/>
        </w:rPr>
        <w:t xml:space="preserve">Use Group Discussions </w:t>
      </w:r>
      <w:r w:rsidRPr="044648B5" w:rsidR="7A25221D">
        <w:rPr>
          <w:lang w:val="en-US"/>
        </w:rPr>
        <w:t>in</w:t>
      </w:r>
      <w:r w:rsidRPr="044648B5" w:rsidR="137BC1C8">
        <w:rPr>
          <w:lang w:val="en-US"/>
        </w:rPr>
        <w:t xml:space="preserve"> </w:t>
      </w:r>
      <w:r w:rsidRPr="044648B5" w:rsidR="58CD5751">
        <w:rPr>
          <w:lang w:val="en-US"/>
        </w:rPr>
        <w:t xml:space="preserve">lieu of class discussions </w:t>
      </w:r>
    </w:p>
    <w:p w:rsidR="65422693" w:rsidP="17432E7D" w:rsidRDefault="65422693" w14:paraId="10E20B3E" w14:textId="3070B2F0">
      <w:pPr>
        <w:pStyle w:val="Heading2"/>
        <w:rPr>
          <w:sz w:val="32"/>
          <w:szCs w:val="32"/>
        </w:rPr>
      </w:pPr>
      <w:r w:rsidRPr="17432E7D">
        <w:rPr>
          <w:sz w:val="32"/>
          <w:szCs w:val="32"/>
        </w:rPr>
        <w:t>Regular Interaction</w:t>
      </w:r>
    </w:p>
    <w:p w:rsidR="65422693" w:rsidP="17432E7D" w:rsidRDefault="65422693" w14:paraId="4BCA1D42" w14:textId="03AA1881">
      <w:pPr>
        <w:rPr>
          <w:lang w:val="en-US"/>
        </w:rPr>
      </w:pPr>
      <w:r w:rsidRPr="17432E7D">
        <w:rPr>
          <w:b/>
          <w:bCs/>
          <w:lang w:val="en-US"/>
        </w:rPr>
        <w:t>Regular Interaction</w:t>
      </w:r>
      <w:r w:rsidRPr="17432E7D">
        <w:rPr>
          <w:lang w:val="en-US"/>
        </w:rPr>
        <w:t xml:space="preserve"> between a student and an instructor(s) is demonstrated by </w:t>
      </w:r>
      <w:r w:rsidRPr="17432E7D">
        <w:rPr>
          <w:b/>
          <w:bCs/>
          <w:lang w:val="en-US"/>
        </w:rPr>
        <w:t>the two following criteria</w:t>
      </w:r>
      <w:r w:rsidRPr="17432E7D">
        <w:rPr>
          <w:lang w:val="en-US"/>
        </w:rPr>
        <w:t>:</w:t>
      </w:r>
    </w:p>
    <w:p w:rsidR="65422693" w:rsidP="17432E7D" w:rsidRDefault="65422693" w14:paraId="25355DA0" w14:textId="0D782D76">
      <w:pPr>
        <w:pStyle w:val="Heading3"/>
        <w:rPr>
          <w:sz w:val="28"/>
          <w:szCs w:val="28"/>
          <w:lang w:val="en-US"/>
        </w:rPr>
      </w:pPr>
      <w:r w:rsidRPr="17432E7D">
        <w:rPr>
          <w:sz w:val="28"/>
          <w:szCs w:val="28"/>
          <w:lang w:val="en-US"/>
        </w:rPr>
        <w:t>A - Providing the opportunity for substantive interactions with the student on a predictable and regular basis commensurate with the length of time and the amount of content in the course or competency.</w:t>
      </w:r>
    </w:p>
    <w:tbl>
      <w:tblPr>
        <w:tblW w:w="0" w:type="auto"/>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400" w:firstRow="0" w:lastRow="0" w:firstColumn="0" w:lastColumn="0" w:noHBand="0" w:noVBand="1"/>
      </w:tblPr>
      <w:tblGrid>
        <w:gridCol w:w="3309"/>
        <w:gridCol w:w="3635"/>
        <w:gridCol w:w="3745"/>
        <w:gridCol w:w="3701"/>
      </w:tblGrid>
      <w:tr w:rsidR="17432E7D" w:rsidTr="044648B5" w14:paraId="3787ECF9" w14:textId="77777777">
        <w:trPr>
          <w:trHeight w:val="300"/>
        </w:trPr>
        <w:tc>
          <w:tcPr>
            <w:tcW w:w="3330" w:type="dxa"/>
            <w:tcMar/>
          </w:tcPr>
          <w:p w:rsidR="17432E7D" w:rsidRDefault="17432E7D" w14:paraId="3CC98217" w14:textId="77777777">
            <w:r w:rsidRPr="17432E7D">
              <w:rPr>
                <w:b/>
                <w:bCs/>
              </w:rPr>
              <w:t>Initial</w:t>
            </w:r>
          </w:p>
        </w:tc>
        <w:tc>
          <w:tcPr>
            <w:tcW w:w="3655" w:type="dxa"/>
            <w:tcMar/>
          </w:tcPr>
          <w:p w:rsidR="17432E7D" w:rsidRDefault="17432E7D" w14:paraId="4EC4E38C" w14:textId="77777777">
            <w:r w:rsidRPr="17432E7D">
              <w:rPr>
                <w:b/>
                <w:bCs/>
              </w:rPr>
              <w:t>Emerging</w:t>
            </w:r>
          </w:p>
        </w:tc>
        <w:tc>
          <w:tcPr>
            <w:tcW w:w="3765" w:type="dxa"/>
            <w:tcMar/>
          </w:tcPr>
          <w:p w:rsidR="17432E7D" w:rsidRDefault="17432E7D" w14:paraId="267BE8DF" w14:textId="77777777">
            <w:r w:rsidRPr="17432E7D">
              <w:rPr>
                <w:b/>
                <w:bCs/>
              </w:rPr>
              <w:t>Developed</w:t>
            </w:r>
          </w:p>
        </w:tc>
        <w:tc>
          <w:tcPr>
            <w:tcW w:w="3721" w:type="dxa"/>
            <w:tcMar/>
          </w:tcPr>
          <w:p w:rsidR="17432E7D" w:rsidRDefault="17432E7D" w14:paraId="46478107" w14:textId="77777777">
            <w:r w:rsidRPr="17432E7D">
              <w:rPr>
                <w:b/>
                <w:bCs/>
              </w:rPr>
              <w:t>Highly Developed</w:t>
            </w:r>
          </w:p>
        </w:tc>
      </w:tr>
      <w:tr w:rsidR="17432E7D" w:rsidTr="044648B5" w14:paraId="2665CBB1" w14:textId="77777777">
        <w:trPr>
          <w:trHeight w:val="300"/>
        </w:trPr>
        <w:tc>
          <w:tcPr>
            <w:tcW w:w="3330" w:type="dxa"/>
            <w:tcMar/>
          </w:tcPr>
          <w:p w:rsidR="17432E7D" w:rsidP="044648B5" w:rsidRDefault="17432E7D" w14:paraId="0FF4930A" w14:textId="70743515">
            <w:pPr>
              <w:rPr>
                <w:lang w:val="en-US"/>
              </w:rPr>
            </w:pPr>
            <w:r w:rsidRPr="044648B5" w:rsidR="2E767E2C">
              <w:rPr>
                <w:lang w:val="en-US"/>
              </w:rPr>
              <w:t>Policies</w:t>
            </w:r>
            <w:r>
              <w:tab/>
            </w:r>
            <w:r w:rsidRPr="044648B5" w:rsidR="2E767E2C">
              <w:rPr>
                <w:lang w:val="en-US"/>
              </w:rPr>
              <w:t>and procedures make</w:t>
            </w:r>
            <w:r>
              <w:tab/>
            </w:r>
            <w:r w:rsidRPr="044648B5" w:rsidR="2E767E2C">
              <w:rPr>
                <w:lang w:val="en-US"/>
              </w:rPr>
              <w:t xml:space="preserve">clear how often and when the instructor </w:t>
            </w:r>
            <w:r w:rsidRPr="044648B5" w:rsidR="2E767E2C">
              <w:rPr>
                <w:lang w:val="en-US"/>
              </w:rPr>
              <w:t>will interact</w:t>
            </w:r>
            <w:r w:rsidRPr="044648B5" w:rsidR="2E767E2C">
              <w:rPr>
                <w:lang w:val="en-US"/>
              </w:rPr>
              <w:t xml:space="preserve"> with students. </w:t>
            </w:r>
          </w:p>
          <w:p w:rsidR="17432E7D" w:rsidP="044648B5" w:rsidRDefault="17432E7D" w14:paraId="7CC58FB0" w14:textId="17500241">
            <w:pPr>
              <w:rPr>
                <w:lang w:val="en-US"/>
              </w:rPr>
            </w:pPr>
            <w:r w:rsidRPr="044648B5" w:rsidR="2E767E2C">
              <w:rPr>
                <w:lang w:val="en-US"/>
              </w:rPr>
              <w:t>Course</w:t>
            </w:r>
            <w:r>
              <w:tab/>
            </w:r>
            <w:r w:rsidRPr="044648B5" w:rsidR="2E767E2C">
              <w:rPr>
                <w:lang w:val="en-US"/>
              </w:rPr>
              <w:t>materials (</w:t>
            </w:r>
            <w:r w:rsidRPr="044648B5" w:rsidR="2E767E2C">
              <w:rPr>
                <w:lang w:val="en-US"/>
              </w:rPr>
              <w:t>e.g.</w:t>
            </w:r>
            <w:r w:rsidRPr="044648B5" w:rsidR="2E767E2C">
              <w:rPr>
                <w:lang w:val="en-US"/>
              </w:rPr>
              <w:t xml:space="preserve"> syllabi and introductory statements)</w:t>
            </w:r>
            <w:r>
              <w:tab/>
            </w:r>
            <w:r w:rsidRPr="044648B5" w:rsidR="2E767E2C">
              <w:rPr>
                <w:lang w:val="en-US"/>
              </w:rPr>
              <w:t xml:space="preserve">make clear to students the opportunities for interaction. </w:t>
            </w:r>
          </w:p>
          <w:p w:rsidR="17432E7D" w:rsidP="17432E7D" w:rsidRDefault="17432E7D" w14:paraId="3C6CE241" w14:textId="08C283B3">
            <w:pPr>
              <w:rPr>
                <w:lang w:val="en-US"/>
              </w:rPr>
            </w:pPr>
            <w:r w:rsidRPr="044648B5" w:rsidR="2E767E2C">
              <w:rPr>
                <w:lang w:val="en-US"/>
              </w:rPr>
              <w:t>Interaction expectations are</w:t>
            </w:r>
            <w:r>
              <w:tab/>
            </w:r>
            <w:r w:rsidRPr="044648B5" w:rsidR="2E767E2C">
              <w:rPr>
                <w:lang w:val="en-US"/>
              </w:rPr>
              <w:t>clearly communicated to</w:t>
            </w:r>
            <w:r w:rsidRPr="044648B5" w:rsidR="2942B824">
              <w:rPr>
                <w:lang w:val="en-US"/>
              </w:rPr>
              <w:t xml:space="preserve"> </w:t>
            </w:r>
            <w:r w:rsidRPr="044648B5" w:rsidR="2E767E2C">
              <w:rPr>
                <w:lang w:val="en-US"/>
              </w:rPr>
              <w:t>the</w:t>
            </w:r>
            <w:r w:rsidRPr="044648B5" w:rsidR="3D0C2EE3">
              <w:rPr>
                <w:lang w:val="en-US"/>
              </w:rPr>
              <w:t xml:space="preserve"> </w:t>
            </w:r>
            <w:r w:rsidRPr="044648B5" w:rsidR="2E767E2C">
              <w:rPr>
                <w:lang w:val="en-US"/>
              </w:rPr>
              <w:t>students</w:t>
            </w:r>
            <w:r w:rsidRPr="044648B5" w:rsidR="3F2D6841">
              <w:rPr>
                <w:lang w:val="en-US"/>
              </w:rPr>
              <w:t xml:space="preserve"> </w:t>
            </w:r>
            <w:r w:rsidRPr="044648B5" w:rsidR="2E767E2C">
              <w:rPr>
                <w:lang w:val="en-US"/>
              </w:rPr>
              <w:t>(</w:t>
            </w:r>
            <w:r w:rsidRPr="044648B5" w:rsidR="2E767E2C">
              <w:rPr>
                <w:lang w:val="en-US"/>
              </w:rPr>
              <w:t>e.g.</w:t>
            </w:r>
            <w:r w:rsidRPr="044648B5" w:rsidR="573F9B71">
              <w:rPr>
                <w:lang w:val="en-US"/>
              </w:rPr>
              <w:t xml:space="preserve"> </w:t>
            </w:r>
            <w:r w:rsidRPr="044648B5" w:rsidR="2E767E2C">
              <w:rPr>
                <w:lang w:val="en-US"/>
              </w:rPr>
              <w:t>in</w:t>
            </w:r>
            <w:r w:rsidRPr="044648B5" w:rsidR="19AE989C">
              <w:rPr>
                <w:lang w:val="en-US"/>
              </w:rPr>
              <w:t xml:space="preserve"> </w:t>
            </w:r>
            <w:r w:rsidRPr="044648B5" w:rsidR="2E767E2C">
              <w:rPr>
                <w:lang w:val="en-US"/>
              </w:rPr>
              <w:t>the</w:t>
            </w:r>
            <w:r w:rsidRPr="044648B5" w:rsidR="069C2A2D">
              <w:rPr>
                <w:lang w:val="en-US"/>
              </w:rPr>
              <w:t xml:space="preserve"> </w:t>
            </w:r>
            <w:r w:rsidRPr="044648B5" w:rsidR="2E767E2C">
              <w:rPr>
                <w:lang w:val="en-US"/>
              </w:rPr>
              <w:t>syllabus),</w:t>
            </w:r>
            <w:r w:rsidRPr="044648B5" w:rsidR="0DF64E3E">
              <w:rPr>
                <w:lang w:val="en-US"/>
              </w:rPr>
              <w:t xml:space="preserve"> </w:t>
            </w:r>
            <w:r w:rsidRPr="044648B5" w:rsidR="2E767E2C">
              <w:rPr>
                <w:lang w:val="en-US"/>
              </w:rPr>
              <w:t>includin</w:t>
            </w:r>
            <w:r w:rsidRPr="044648B5" w:rsidR="02CF00CD">
              <w:rPr>
                <w:lang w:val="en-US"/>
              </w:rPr>
              <w:t xml:space="preserve">g </w:t>
            </w:r>
            <w:r w:rsidRPr="044648B5" w:rsidR="4C5DBADA">
              <w:rPr>
                <w:lang w:val="en-US"/>
              </w:rPr>
              <w:t xml:space="preserve">response </w:t>
            </w:r>
            <w:r w:rsidRPr="044648B5" w:rsidR="044648B5">
              <w:rPr>
                <w:lang w:val="en-US"/>
              </w:rPr>
              <w:t>times,</w:t>
            </w:r>
            <w:r>
              <w:br/>
            </w:r>
            <w:r w:rsidRPr="044648B5" w:rsidR="2C287412">
              <w:rPr>
                <w:lang w:val="en-US"/>
              </w:rPr>
              <w:t xml:space="preserve">and </w:t>
            </w:r>
            <w:r w:rsidRPr="044648B5" w:rsidR="07AEF284">
              <w:rPr>
                <w:lang w:val="en-US"/>
              </w:rPr>
              <w:t>e</w:t>
            </w:r>
            <w:r w:rsidRPr="044648B5" w:rsidR="044648B5">
              <w:rPr>
                <w:lang w:val="en-US"/>
              </w:rPr>
              <w:t>xplici</w:t>
            </w:r>
            <w:r w:rsidRPr="044648B5" w:rsidR="5EEDA005">
              <w:rPr>
                <w:lang w:val="en-US"/>
              </w:rPr>
              <w:t>t participation</w:t>
            </w:r>
            <w:r w:rsidRPr="044648B5" w:rsidR="41DE5F27">
              <w:rPr>
                <w:lang w:val="en-US"/>
              </w:rPr>
              <w:t xml:space="preserve"> </w:t>
            </w:r>
            <w:r w:rsidRPr="044648B5" w:rsidR="044648B5">
              <w:rPr>
                <w:lang w:val="en-US"/>
              </w:rPr>
              <w:t>guidanc</w:t>
            </w:r>
            <w:r w:rsidRPr="044648B5" w:rsidR="3AC993C5">
              <w:rPr>
                <w:lang w:val="en-US"/>
              </w:rPr>
              <w:t>e</w:t>
            </w:r>
            <w:r>
              <w:br/>
            </w:r>
            <w:r w:rsidRPr="044648B5" w:rsidR="3D5A5E67">
              <w:rPr>
                <w:lang w:val="en-US"/>
              </w:rPr>
              <w:t>(</w:t>
            </w:r>
            <w:r w:rsidRPr="044648B5" w:rsidR="0721B349">
              <w:rPr>
                <w:lang w:val="en-US"/>
              </w:rPr>
              <w:t>e.g.</w:t>
            </w:r>
            <w:r w:rsidRPr="044648B5" w:rsidR="2D2A4998">
              <w:rPr>
                <w:lang w:val="en-US"/>
              </w:rPr>
              <w:t xml:space="preserve"> </w:t>
            </w:r>
            <w:r w:rsidRPr="044648B5" w:rsidR="044648B5">
              <w:rPr>
                <w:lang w:val="en-US"/>
              </w:rPr>
              <w:t>office</w:t>
            </w:r>
            <w:r w:rsidRPr="044648B5" w:rsidR="397729A6">
              <w:rPr>
                <w:lang w:val="en-US"/>
              </w:rPr>
              <w:t xml:space="preserve"> </w:t>
            </w:r>
            <w:r w:rsidRPr="044648B5" w:rsidR="397729A6">
              <w:rPr>
                <w:lang w:val="en-US"/>
              </w:rPr>
              <w:t>hours,</w:t>
            </w:r>
            <w:r w:rsidRPr="044648B5" w:rsidR="58E1364E">
              <w:rPr>
                <w:lang w:val="en-US"/>
              </w:rPr>
              <w:t xml:space="preserve"> </w:t>
            </w:r>
            <w:r w:rsidRPr="044648B5" w:rsidR="044648B5">
              <w:rPr>
                <w:lang w:val="en-US"/>
              </w:rPr>
              <w:t>d</w:t>
            </w:r>
            <w:r w:rsidRPr="044648B5" w:rsidR="044648B5">
              <w:rPr>
                <w:lang w:val="en-US"/>
              </w:rPr>
              <w:t>iscussion</w:t>
            </w:r>
            <w:r>
              <w:tab/>
            </w:r>
            <w:r w:rsidRPr="044648B5" w:rsidR="044648B5">
              <w:rPr>
                <w:lang w:val="en-US"/>
              </w:rPr>
              <w:t>boards).</w:t>
            </w:r>
          </w:p>
        </w:tc>
        <w:tc>
          <w:tcPr>
            <w:tcW w:w="3655" w:type="dxa"/>
            <w:tcMar/>
          </w:tcPr>
          <w:p w:rsidR="17432E7D" w:rsidP="044648B5" w:rsidRDefault="17432E7D" w14:paraId="10A55827" w14:textId="3D2BECFF">
            <w:pPr>
              <w:rPr>
                <w:b w:val="1"/>
                <w:bCs w:val="1"/>
                <w:lang w:val="en-US"/>
              </w:rPr>
            </w:pPr>
            <w:r w:rsidRPr="044648B5" w:rsidR="5686B898">
              <w:rPr>
                <w:b w:val="1"/>
                <w:bCs w:val="1"/>
                <w:lang w:val="en-US"/>
              </w:rPr>
              <w:t>Instructor periodically engages</w:t>
            </w:r>
            <w:r w:rsidRPr="044648B5" w:rsidR="78D643A9">
              <w:rPr>
                <w:b w:val="1"/>
                <w:bCs w:val="1"/>
                <w:lang w:val="en-US"/>
              </w:rPr>
              <w:t xml:space="preserve"> </w:t>
            </w:r>
            <w:r w:rsidRPr="044648B5" w:rsidR="5686B898">
              <w:rPr>
                <w:b w:val="1"/>
                <w:bCs w:val="1"/>
                <w:lang w:val="en-US"/>
              </w:rPr>
              <w:t>with</w:t>
            </w:r>
            <w:r w:rsidRPr="044648B5" w:rsidR="1DF913A5">
              <w:rPr>
                <w:b w:val="1"/>
                <w:bCs w:val="1"/>
                <w:lang w:val="en-US"/>
              </w:rPr>
              <w:t xml:space="preserve"> </w:t>
            </w:r>
            <w:r w:rsidRPr="044648B5" w:rsidR="5686B898">
              <w:rPr>
                <w:b w:val="1"/>
                <w:bCs w:val="1"/>
                <w:lang w:val="en-US"/>
              </w:rPr>
              <w:t>students</w:t>
            </w:r>
            <w:r>
              <w:tab/>
            </w:r>
            <w:r w:rsidRPr="044648B5" w:rsidR="5686B898">
              <w:rPr>
                <w:b w:val="1"/>
                <w:bCs w:val="1"/>
                <w:lang w:val="en-US"/>
              </w:rPr>
              <w:t>throughout</w:t>
            </w:r>
            <w:r w:rsidRPr="044648B5" w:rsidR="49C62702">
              <w:rPr>
                <w:b w:val="1"/>
                <w:bCs w:val="1"/>
                <w:lang w:val="en-US"/>
              </w:rPr>
              <w:t xml:space="preserve"> </w:t>
            </w:r>
            <w:r w:rsidRPr="044648B5" w:rsidR="5686B898">
              <w:rPr>
                <w:b w:val="1"/>
                <w:bCs w:val="1"/>
                <w:lang w:val="en-US"/>
              </w:rPr>
              <w:t>the</w:t>
            </w:r>
            <w:r w:rsidRPr="044648B5" w:rsidR="271D6CCD">
              <w:rPr>
                <w:b w:val="1"/>
                <w:bCs w:val="1"/>
                <w:lang w:val="en-US"/>
              </w:rPr>
              <w:t xml:space="preserve"> </w:t>
            </w:r>
            <w:r w:rsidRPr="044648B5" w:rsidR="5686B898">
              <w:rPr>
                <w:b w:val="1"/>
                <w:bCs w:val="1"/>
                <w:lang w:val="en-US"/>
              </w:rPr>
              <w:t>term</w:t>
            </w:r>
            <w:r w:rsidRPr="044648B5" w:rsidR="69FB4525">
              <w:rPr>
                <w:b w:val="1"/>
                <w:bCs w:val="1"/>
                <w:lang w:val="en-US"/>
              </w:rPr>
              <w:t xml:space="preserve"> </w:t>
            </w:r>
            <w:r w:rsidRPr="044648B5" w:rsidR="5686B898">
              <w:rPr>
                <w:b w:val="1"/>
                <w:bCs w:val="1"/>
                <w:lang w:val="en-US"/>
              </w:rPr>
              <w:t>per</w:t>
            </w:r>
            <w:r w:rsidRPr="044648B5" w:rsidR="22DF10F6">
              <w:rPr>
                <w:b w:val="1"/>
                <w:bCs w:val="1"/>
                <w:lang w:val="en-US"/>
              </w:rPr>
              <w:t xml:space="preserve"> </w:t>
            </w:r>
            <w:r w:rsidRPr="044648B5" w:rsidR="5686B898">
              <w:rPr>
                <w:b w:val="1"/>
                <w:bCs w:val="1"/>
                <w:lang w:val="en-US"/>
              </w:rPr>
              <w:t>the</w:t>
            </w:r>
            <w:r w:rsidRPr="044648B5" w:rsidR="70DA5596">
              <w:rPr>
                <w:b w:val="1"/>
                <w:bCs w:val="1"/>
                <w:lang w:val="en-US"/>
              </w:rPr>
              <w:t xml:space="preserve"> </w:t>
            </w:r>
            <w:r w:rsidRPr="044648B5" w:rsidR="5686B898">
              <w:rPr>
                <w:b w:val="1"/>
                <w:bCs w:val="1"/>
                <w:lang w:val="en-US"/>
              </w:rPr>
              <w:t>institution’s</w:t>
            </w:r>
            <w:r w:rsidRPr="044648B5" w:rsidR="78D30E9C">
              <w:rPr>
                <w:b w:val="1"/>
                <w:bCs w:val="1"/>
                <w:lang w:val="en-US"/>
              </w:rPr>
              <w:t xml:space="preserve"> </w:t>
            </w:r>
            <w:r w:rsidRPr="044648B5" w:rsidR="5686B898">
              <w:rPr>
                <w:b w:val="1"/>
                <w:bCs w:val="1"/>
                <w:lang w:val="en-US"/>
              </w:rPr>
              <w:t>policies</w:t>
            </w:r>
            <w:r w:rsidRPr="044648B5" w:rsidR="0ED5C5CB">
              <w:rPr>
                <w:b w:val="1"/>
                <w:bCs w:val="1"/>
                <w:lang w:val="en-US"/>
              </w:rPr>
              <w:t xml:space="preserve"> </w:t>
            </w:r>
            <w:r w:rsidRPr="044648B5" w:rsidR="5686B898">
              <w:rPr>
                <w:b w:val="1"/>
                <w:bCs w:val="1"/>
                <w:lang w:val="en-US"/>
              </w:rPr>
              <w:t>regarding</w:t>
            </w:r>
            <w:r w:rsidRPr="044648B5" w:rsidR="39000479">
              <w:rPr>
                <w:b w:val="1"/>
                <w:bCs w:val="1"/>
                <w:lang w:val="en-US"/>
              </w:rPr>
              <w:t xml:space="preserve"> </w:t>
            </w:r>
            <w:r w:rsidRPr="044648B5" w:rsidR="5686B898">
              <w:rPr>
                <w:b w:val="1"/>
                <w:bCs w:val="1"/>
                <w:lang w:val="en-US"/>
              </w:rPr>
              <w:t>frequency</w:t>
            </w:r>
            <w:r w:rsidRPr="044648B5" w:rsidR="5B7EF33B">
              <w:rPr>
                <w:b w:val="1"/>
                <w:bCs w:val="1"/>
                <w:lang w:val="en-US"/>
              </w:rPr>
              <w:t xml:space="preserve"> </w:t>
            </w:r>
            <w:r w:rsidRPr="044648B5" w:rsidR="5686B898">
              <w:rPr>
                <w:b w:val="1"/>
                <w:bCs w:val="1"/>
                <w:lang w:val="en-US"/>
              </w:rPr>
              <w:t>of</w:t>
            </w:r>
            <w:r w:rsidRPr="044648B5" w:rsidR="285EE09A">
              <w:rPr>
                <w:b w:val="1"/>
                <w:bCs w:val="1"/>
                <w:lang w:val="en-US"/>
              </w:rPr>
              <w:t xml:space="preserve"> </w:t>
            </w:r>
            <w:r w:rsidRPr="044648B5" w:rsidR="5686B898">
              <w:rPr>
                <w:b w:val="1"/>
                <w:bCs w:val="1"/>
                <w:lang w:val="en-US"/>
              </w:rPr>
              <w:t>postings,</w:t>
            </w:r>
            <w:r w:rsidRPr="044648B5" w:rsidR="57A1810D">
              <w:rPr>
                <w:b w:val="1"/>
                <w:bCs w:val="1"/>
                <w:lang w:val="en-US"/>
              </w:rPr>
              <w:t xml:space="preserve"> </w:t>
            </w:r>
            <w:r w:rsidRPr="044648B5" w:rsidR="5686B898">
              <w:rPr>
                <w:b w:val="1"/>
                <w:bCs w:val="1"/>
                <w:lang w:val="en-US"/>
              </w:rPr>
              <w:t>feedback,</w:t>
            </w:r>
            <w:r w:rsidRPr="044648B5" w:rsidR="2754E7D0">
              <w:rPr>
                <w:b w:val="1"/>
                <w:bCs w:val="1"/>
                <w:lang w:val="en-US"/>
              </w:rPr>
              <w:t xml:space="preserve"> </w:t>
            </w:r>
            <w:r w:rsidRPr="044648B5" w:rsidR="5686B898">
              <w:rPr>
                <w:b w:val="1"/>
                <w:bCs w:val="1"/>
                <w:lang w:val="en-US"/>
              </w:rPr>
              <w:t>providing</w:t>
            </w:r>
            <w:r w:rsidRPr="044648B5" w:rsidR="52838BBD">
              <w:rPr>
                <w:b w:val="1"/>
                <w:bCs w:val="1"/>
                <w:lang w:val="en-US"/>
              </w:rPr>
              <w:t xml:space="preserve"> </w:t>
            </w:r>
            <w:r w:rsidRPr="044648B5" w:rsidR="5686B898">
              <w:rPr>
                <w:b w:val="1"/>
                <w:bCs w:val="1"/>
                <w:lang w:val="en-US"/>
              </w:rPr>
              <w:t>information</w:t>
            </w:r>
            <w:r w:rsidRPr="044648B5" w:rsidR="3D015AB8">
              <w:rPr>
                <w:b w:val="1"/>
                <w:bCs w:val="1"/>
                <w:lang w:val="en-US"/>
              </w:rPr>
              <w:t xml:space="preserve"> </w:t>
            </w:r>
            <w:r w:rsidRPr="044648B5" w:rsidR="5686B898">
              <w:rPr>
                <w:b w:val="1"/>
                <w:bCs w:val="1"/>
                <w:lang w:val="en-US"/>
              </w:rPr>
              <w:t>pertaining</w:t>
            </w:r>
            <w:r w:rsidRPr="044648B5" w:rsidR="3D5A192F">
              <w:rPr>
                <w:b w:val="1"/>
                <w:bCs w:val="1"/>
                <w:lang w:val="en-US"/>
              </w:rPr>
              <w:t xml:space="preserve"> </w:t>
            </w:r>
            <w:r w:rsidRPr="044648B5" w:rsidR="5686B898">
              <w:rPr>
                <w:b w:val="1"/>
                <w:bCs w:val="1"/>
                <w:lang w:val="en-US"/>
              </w:rPr>
              <w:t>to</w:t>
            </w:r>
            <w:r w:rsidRPr="044648B5" w:rsidR="5A46D246">
              <w:rPr>
                <w:b w:val="1"/>
                <w:bCs w:val="1"/>
                <w:lang w:val="en-US"/>
              </w:rPr>
              <w:t xml:space="preserve"> </w:t>
            </w:r>
            <w:r w:rsidRPr="044648B5" w:rsidR="5686B898">
              <w:rPr>
                <w:b w:val="1"/>
                <w:bCs w:val="1"/>
                <w:lang w:val="en-US"/>
              </w:rPr>
              <w:t>course</w:t>
            </w:r>
            <w:r w:rsidRPr="044648B5" w:rsidR="6FFD8C08">
              <w:rPr>
                <w:b w:val="1"/>
                <w:bCs w:val="1"/>
                <w:lang w:val="en-US"/>
              </w:rPr>
              <w:t xml:space="preserve"> </w:t>
            </w:r>
            <w:r w:rsidRPr="044648B5" w:rsidR="5686B898">
              <w:rPr>
                <w:b w:val="1"/>
                <w:bCs w:val="1"/>
                <w:lang w:val="en-US"/>
              </w:rPr>
              <w:t>content/competencies,</w:t>
            </w:r>
            <w:r w:rsidRPr="044648B5" w:rsidR="5094EB27">
              <w:rPr>
                <w:b w:val="1"/>
                <w:bCs w:val="1"/>
                <w:lang w:val="en-US"/>
              </w:rPr>
              <w:t xml:space="preserve"> </w:t>
            </w:r>
            <w:r w:rsidRPr="044648B5" w:rsidR="5686B898">
              <w:rPr>
                <w:b w:val="1"/>
                <w:bCs w:val="1"/>
                <w:lang w:val="en-US"/>
              </w:rPr>
              <w:t>and</w:t>
            </w:r>
            <w:r>
              <w:tab/>
            </w:r>
            <w:r w:rsidRPr="044648B5" w:rsidR="5686B898">
              <w:rPr>
                <w:b w:val="1"/>
                <w:bCs w:val="1"/>
                <w:lang w:val="en-US"/>
              </w:rPr>
              <w:t>learning</w:t>
            </w:r>
            <w:r w:rsidRPr="044648B5" w:rsidR="5082C116">
              <w:rPr>
                <w:b w:val="1"/>
                <w:bCs w:val="1"/>
                <w:lang w:val="en-US"/>
              </w:rPr>
              <w:t xml:space="preserve"> </w:t>
            </w:r>
            <w:r w:rsidRPr="044648B5" w:rsidR="5686B898">
              <w:rPr>
                <w:b w:val="1"/>
                <w:bCs w:val="1"/>
                <w:lang w:val="en-US"/>
              </w:rPr>
              <w:t xml:space="preserve">outcomes. </w:t>
            </w:r>
          </w:p>
          <w:p w:rsidR="17432E7D" w:rsidP="17432E7D" w:rsidRDefault="17432E7D" w14:paraId="446072AF" w14:textId="3CB2E32A">
            <w:pPr>
              <w:rPr>
                <w:b w:val="1"/>
                <w:bCs w:val="1"/>
                <w:lang w:val="en-US"/>
              </w:rPr>
            </w:pPr>
            <w:r w:rsidRPr="044648B5" w:rsidR="5686B898">
              <w:rPr>
                <w:b w:val="1"/>
                <w:bCs w:val="1"/>
                <w:lang w:val="en-US"/>
              </w:rPr>
              <w:t>Interaction</w:t>
            </w:r>
            <w:r w:rsidRPr="044648B5" w:rsidR="65A06BF1">
              <w:rPr>
                <w:b w:val="1"/>
                <w:bCs w:val="1"/>
                <w:lang w:val="en-US"/>
              </w:rPr>
              <w:t xml:space="preserve"> </w:t>
            </w:r>
            <w:r w:rsidRPr="044648B5" w:rsidR="5686B898">
              <w:rPr>
                <w:b w:val="1"/>
                <w:bCs w:val="1"/>
                <w:lang w:val="en-US"/>
              </w:rPr>
              <w:t>expectations</w:t>
            </w:r>
            <w:r w:rsidRPr="044648B5" w:rsidR="5B43ECAF">
              <w:rPr>
                <w:b w:val="1"/>
                <w:bCs w:val="1"/>
                <w:lang w:val="en-US"/>
              </w:rPr>
              <w:t xml:space="preserve"> </w:t>
            </w:r>
            <w:r w:rsidRPr="044648B5" w:rsidR="5686B898">
              <w:rPr>
                <w:b w:val="1"/>
                <w:bCs w:val="1"/>
                <w:lang w:val="en-US"/>
              </w:rPr>
              <w:t>are</w:t>
            </w:r>
            <w:r>
              <w:tab/>
            </w:r>
            <w:r w:rsidRPr="044648B5" w:rsidR="5686B898">
              <w:rPr>
                <w:b w:val="1"/>
                <w:bCs w:val="1"/>
                <w:lang w:val="en-US"/>
              </w:rPr>
              <w:t>communicated</w:t>
            </w:r>
            <w:r w:rsidRPr="044648B5" w:rsidR="1C1B9C40">
              <w:rPr>
                <w:b w:val="1"/>
                <w:bCs w:val="1"/>
                <w:lang w:val="en-US"/>
              </w:rPr>
              <w:t xml:space="preserve"> </w:t>
            </w:r>
            <w:r w:rsidRPr="044648B5" w:rsidR="5686B898">
              <w:rPr>
                <w:b w:val="1"/>
                <w:bCs w:val="1"/>
                <w:lang w:val="en-US"/>
              </w:rPr>
              <w:t>to</w:t>
            </w:r>
            <w:r w:rsidRPr="044648B5" w:rsidR="621741A6">
              <w:rPr>
                <w:b w:val="1"/>
                <w:bCs w:val="1"/>
                <w:lang w:val="en-US"/>
              </w:rPr>
              <w:t xml:space="preserve"> </w:t>
            </w:r>
            <w:r w:rsidRPr="044648B5" w:rsidR="5686B898">
              <w:rPr>
                <w:b w:val="1"/>
                <w:bCs w:val="1"/>
                <w:lang w:val="en-US"/>
              </w:rPr>
              <w:t>the</w:t>
            </w:r>
            <w:r>
              <w:tab/>
            </w:r>
            <w:r w:rsidRPr="044648B5" w:rsidR="5686B898">
              <w:rPr>
                <w:b w:val="1"/>
                <w:bCs w:val="1"/>
                <w:lang w:val="en-US"/>
              </w:rPr>
              <w:t>students</w:t>
            </w:r>
            <w:r w:rsidRPr="044648B5" w:rsidR="0B909050">
              <w:rPr>
                <w:b w:val="1"/>
                <w:bCs w:val="1"/>
                <w:lang w:val="en-US"/>
              </w:rPr>
              <w:t xml:space="preserve"> </w:t>
            </w:r>
            <w:r w:rsidRPr="044648B5" w:rsidR="5686B898">
              <w:rPr>
                <w:b w:val="1"/>
                <w:bCs w:val="1"/>
                <w:lang w:val="en-US"/>
              </w:rPr>
              <w:t>in</w:t>
            </w:r>
            <w:r w:rsidRPr="044648B5" w:rsidR="0D9B9421">
              <w:rPr>
                <w:b w:val="1"/>
                <w:bCs w:val="1"/>
                <w:lang w:val="en-US"/>
              </w:rPr>
              <w:t xml:space="preserve"> </w:t>
            </w:r>
            <w:r w:rsidRPr="044648B5" w:rsidR="5686B898">
              <w:rPr>
                <w:b w:val="1"/>
                <w:bCs w:val="1"/>
                <w:lang w:val="en-US"/>
              </w:rPr>
              <w:t>multiple</w:t>
            </w:r>
            <w:r w:rsidRPr="044648B5" w:rsidR="7C5E0C62">
              <w:rPr>
                <w:b w:val="1"/>
                <w:bCs w:val="1"/>
                <w:lang w:val="en-US"/>
              </w:rPr>
              <w:t xml:space="preserve"> </w:t>
            </w:r>
            <w:r w:rsidRPr="044648B5" w:rsidR="5686B898">
              <w:rPr>
                <w:b w:val="1"/>
                <w:bCs w:val="1"/>
                <w:lang w:val="en-US"/>
              </w:rPr>
              <w:t>ways</w:t>
            </w:r>
            <w:r>
              <w:tab/>
            </w:r>
            <w:r w:rsidRPr="044648B5" w:rsidR="5686B898">
              <w:rPr>
                <w:b w:val="1"/>
                <w:bCs w:val="1"/>
                <w:lang w:val="en-US"/>
              </w:rPr>
              <w:t>encouraging</w:t>
            </w:r>
            <w:r w:rsidRPr="044648B5" w:rsidR="09575169">
              <w:rPr>
                <w:b w:val="1"/>
                <w:bCs w:val="1"/>
                <w:lang w:val="en-US"/>
              </w:rPr>
              <w:t xml:space="preserve"> </w:t>
            </w:r>
            <w:r w:rsidRPr="044648B5" w:rsidR="5686B898">
              <w:rPr>
                <w:b w:val="1"/>
                <w:bCs w:val="1"/>
                <w:lang w:val="en-US"/>
              </w:rPr>
              <w:t>students</w:t>
            </w:r>
            <w:r w:rsidRPr="044648B5" w:rsidR="02C94105">
              <w:rPr>
                <w:b w:val="1"/>
                <w:bCs w:val="1"/>
                <w:lang w:val="en-US"/>
              </w:rPr>
              <w:t xml:space="preserve"> </w:t>
            </w:r>
            <w:r w:rsidRPr="044648B5" w:rsidR="5686B898">
              <w:rPr>
                <w:b w:val="1"/>
                <w:bCs w:val="1"/>
                <w:lang w:val="en-US"/>
              </w:rPr>
              <w:t>to</w:t>
            </w:r>
            <w:r>
              <w:tab/>
            </w:r>
            <w:r w:rsidRPr="044648B5" w:rsidR="5686B898">
              <w:rPr>
                <w:b w:val="1"/>
                <w:bCs w:val="1"/>
                <w:lang w:val="en-US"/>
              </w:rPr>
              <w:t>participat</w:t>
            </w:r>
            <w:r w:rsidRPr="044648B5" w:rsidR="4BF37163">
              <w:rPr>
                <w:b w:val="1"/>
                <w:bCs w:val="1"/>
                <w:lang w:val="en-US"/>
              </w:rPr>
              <w:t>e i</w:t>
            </w:r>
            <w:r w:rsidRPr="044648B5" w:rsidR="05166687">
              <w:rPr>
                <w:b w:val="1"/>
                <w:bCs w:val="1"/>
                <w:lang w:val="en-US"/>
              </w:rPr>
              <w:t>n</w:t>
            </w:r>
            <w:r w:rsidRPr="044648B5" w:rsidR="732AD684">
              <w:rPr>
                <w:b w:val="1"/>
                <w:bCs w:val="1"/>
                <w:lang w:val="en-US"/>
              </w:rPr>
              <w:t xml:space="preserve"> </w:t>
            </w:r>
            <w:r w:rsidRPr="044648B5" w:rsidR="044648B5">
              <w:rPr>
                <w:b w:val="1"/>
                <w:bCs w:val="1"/>
                <w:lang w:val="en-US"/>
              </w:rPr>
              <w:t>t</w:t>
            </w:r>
            <w:r w:rsidRPr="044648B5" w:rsidR="5686B898">
              <w:rPr>
                <w:b w:val="1"/>
                <w:bCs w:val="1"/>
                <w:lang w:val="en-US"/>
              </w:rPr>
              <w:t>he</w:t>
            </w:r>
            <w:r w:rsidRPr="044648B5" w:rsidR="0A52B7B9">
              <w:rPr>
                <w:b w:val="1"/>
                <w:bCs w:val="1"/>
                <w:lang w:val="en-US"/>
              </w:rPr>
              <w:t xml:space="preserve"> </w:t>
            </w:r>
            <w:r w:rsidRPr="044648B5" w:rsidR="5686B898">
              <w:rPr>
                <w:b w:val="1"/>
                <w:bCs w:val="1"/>
                <w:lang w:val="en-US"/>
              </w:rPr>
              <w:t>opportunities</w:t>
            </w:r>
            <w:r>
              <w:tab/>
            </w:r>
            <w:r w:rsidRPr="044648B5" w:rsidR="5686B898">
              <w:rPr>
                <w:b w:val="1"/>
                <w:bCs w:val="1"/>
                <w:lang w:val="en-US"/>
              </w:rPr>
              <w:t>for</w:t>
            </w:r>
            <w:r w:rsidRPr="044648B5" w:rsidR="04FF739F">
              <w:rPr>
                <w:b w:val="1"/>
                <w:bCs w:val="1"/>
                <w:lang w:val="en-US"/>
              </w:rPr>
              <w:t xml:space="preserve"> substantive </w:t>
            </w:r>
            <w:r w:rsidRPr="044648B5" w:rsidR="044648B5">
              <w:rPr>
                <w:b w:val="1"/>
                <w:bCs w:val="1"/>
                <w:lang w:val="en-US"/>
              </w:rPr>
              <w:t>e</w:t>
            </w:r>
            <w:r w:rsidRPr="044648B5" w:rsidR="5686B898">
              <w:rPr>
                <w:b w:val="1"/>
                <w:bCs w:val="1"/>
                <w:lang w:val="en-US"/>
              </w:rPr>
              <w:t>ngagement</w:t>
            </w:r>
            <w:r>
              <w:tab/>
            </w:r>
            <w:r w:rsidRPr="044648B5" w:rsidR="5686B898">
              <w:rPr>
                <w:b w:val="1"/>
                <w:bCs w:val="1"/>
                <w:lang w:val="en-US"/>
              </w:rPr>
              <w:t>(</w:t>
            </w:r>
            <w:r w:rsidRPr="044648B5" w:rsidR="5686B898">
              <w:rPr>
                <w:b w:val="1"/>
                <w:bCs w:val="1"/>
                <w:lang w:val="en-US"/>
              </w:rPr>
              <w:t>e.g.</w:t>
            </w:r>
            <w:r w:rsidRPr="044648B5" w:rsidR="716F8083">
              <w:rPr>
                <w:b w:val="1"/>
                <w:bCs w:val="1"/>
                <w:lang w:val="en-US"/>
              </w:rPr>
              <w:t xml:space="preserve"> </w:t>
            </w:r>
            <w:r w:rsidRPr="044648B5" w:rsidR="5686B898">
              <w:rPr>
                <w:b w:val="1"/>
                <w:bCs w:val="1"/>
                <w:lang w:val="en-US"/>
              </w:rPr>
              <w:t>offic</w:t>
            </w:r>
            <w:r w:rsidRPr="044648B5" w:rsidR="7D6224BB">
              <w:rPr>
                <w:b w:val="1"/>
                <w:bCs w:val="1"/>
                <w:lang w:val="en-US"/>
              </w:rPr>
              <w:t xml:space="preserve">e </w:t>
            </w:r>
            <w:r w:rsidRPr="044648B5" w:rsidR="5686B898">
              <w:rPr>
                <w:b w:val="1"/>
                <w:bCs w:val="1"/>
                <w:lang w:val="en-US"/>
              </w:rPr>
              <w:t>hours,</w:t>
            </w:r>
            <w:r w:rsidRPr="044648B5" w:rsidR="24ECBF2D">
              <w:rPr>
                <w:b w:val="1"/>
                <w:bCs w:val="1"/>
                <w:lang w:val="en-US"/>
              </w:rPr>
              <w:t xml:space="preserve"> </w:t>
            </w:r>
            <w:r w:rsidRPr="044648B5" w:rsidR="5686B898">
              <w:rPr>
                <w:b w:val="1"/>
                <w:bCs w:val="1"/>
                <w:lang w:val="en-US"/>
              </w:rPr>
              <w:t>discussion</w:t>
            </w:r>
            <w:r>
              <w:tab/>
            </w:r>
            <w:r w:rsidRPr="044648B5" w:rsidR="5686B898">
              <w:rPr>
                <w:b w:val="1"/>
                <w:bCs w:val="1"/>
                <w:lang w:val="en-US"/>
              </w:rPr>
              <w:t>boards).</w:t>
            </w:r>
          </w:p>
        </w:tc>
        <w:tc>
          <w:tcPr>
            <w:tcW w:w="3765" w:type="dxa"/>
            <w:tcMar/>
          </w:tcPr>
          <w:p w:rsidR="17432E7D" w:rsidP="044648B5" w:rsidRDefault="17432E7D" w14:paraId="3754F9C0" w14:textId="3C6026D3">
            <w:pPr>
              <w:rPr>
                <w:lang w:val="en-US"/>
              </w:rPr>
            </w:pPr>
            <w:r w:rsidRPr="044648B5" w:rsidR="3F5E6F20">
              <w:rPr>
                <w:lang w:val="en-US"/>
              </w:rPr>
              <w:t>Instructor consistently</w:t>
            </w:r>
            <w:r>
              <w:tab/>
            </w:r>
            <w:r w:rsidRPr="044648B5" w:rsidR="3F5E6F20">
              <w:rPr>
                <w:lang w:val="en-US"/>
              </w:rPr>
              <w:t xml:space="preserve">engages students throughout the term. </w:t>
            </w:r>
          </w:p>
          <w:p w:rsidR="17432E7D" w:rsidP="17432E7D" w:rsidRDefault="17432E7D" w14:paraId="0AAFBFAA" w14:textId="5D5EA868">
            <w:pPr>
              <w:rPr>
                <w:lang w:val="en-US"/>
              </w:rPr>
            </w:pPr>
            <w:r w:rsidRPr="044648B5" w:rsidR="3F5E6F20">
              <w:rPr>
                <w:lang w:val="en-US"/>
              </w:rPr>
              <w:t xml:space="preserve">Interactions are predictable and occur </w:t>
            </w:r>
            <w:r w:rsidRPr="044648B5" w:rsidR="3F5E6F20">
              <w:rPr>
                <w:lang w:val="en-US"/>
              </w:rPr>
              <w:t>in accordance with</w:t>
            </w:r>
            <w:r w:rsidRPr="044648B5" w:rsidR="3F5E6F20">
              <w:rPr>
                <w:lang w:val="en-US"/>
              </w:rPr>
              <w:t xml:space="preserve"> the length and course content.</w:t>
            </w:r>
          </w:p>
        </w:tc>
        <w:tc>
          <w:tcPr>
            <w:tcW w:w="3721" w:type="dxa"/>
            <w:tcMar/>
          </w:tcPr>
          <w:p w:rsidR="17432E7D" w:rsidP="044648B5" w:rsidRDefault="17432E7D" w14:paraId="1074CD83" w14:textId="21324C8A">
            <w:pPr>
              <w:rPr>
                <w:lang w:val="en-US"/>
              </w:rPr>
            </w:pPr>
            <w:r w:rsidRPr="044648B5" w:rsidR="77205361">
              <w:rPr>
                <w:lang w:val="en-US"/>
              </w:rPr>
              <w:t>Instructor frequently engages</w:t>
            </w:r>
            <w:r>
              <w:tab/>
            </w:r>
            <w:r w:rsidRPr="044648B5" w:rsidR="77205361">
              <w:rPr>
                <w:lang w:val="en-US"/>
              </w:rPr>
              <w:t>students throughout the</w:t>
            </w:r>
            <w:r>
              <w:tab/>
            </w:r>
            <w:r w:rsidRPr="044648B5" w:rsidR="77205361">
              <w:rPr>
                <w:lang w:val="en-US"/>
              </w:rPr>
              <w:t xml:space="preserve">term. </w:t>
            </w:r>
          </w:p>
          <w:p w:rsidR="17432E7D" w:rsidP="044648B5" w:rsidRDefault="17432E7D" w14:paraId="7640FCCC" w14:textId="5213749B">
            <w:pPr>
              <w:rPr>
                <w:lang w:val="en-US"/>
              </w:rPr>
            </w:pPr>
            <w:r w:rsidRPr="044648B5" w:rsidR="77205361">
              <w:rPr>
                <w:lang w:val="en-US"/>
              </w:rPr>
              <w:t>Instructor engagement</w:t>
            </w:r>
            <w:r>
              <w:tab/>
            </w:r>
            <w:r w:rsidRPr="044648B5" w:rsidR="77205361">
              <w:rPr>
                <w:lang w:val="en-US"/>
              </w:rPr>
              <w:t xml:space="preserve"> with</w:t>
            </w:r>
            <w:r>
              <w:tab/>
            </w:r>
            <w:r w:rsidRPr="044648B5" w:rsidR="77205361">
              <w:rPr>
                <w:lang w:val="en-US"/>
              </w:rPr>
              <w:t xml:space="preserve">students yields successful outcomes for all students. </w:t>
            </w:r>
          </w:p>
          <w:p w:rsidR="17432E7D" w:rsidP="17432E7D" w:rsidRDefault="17432E7D" w14:paraId="7E65EA81" w14:textId="61BB1B9F">
            <w:pPr>
              <w:rPr>
                <w:lang w:val="en-US"/>
              </w:rPr>
            </w:pPr>
            <w:r w:rsidRPr="044648B5" w:rsidR="77205361">
              <w:rPr>
                <w:lang w:val="en-US"/>
              </w:rPr>
              <w:t xml:space="preserve">Interactions are predictable and occur </w:t>
            </w:r>
            <w:r w:rsidRPr="044648B5" w:rsidR="77205361">
              <w:rPr>
                <w:lang w:val="en-US"/>
              </w:rPr>
              <w:t>in accordance with</w:t>
            </w:r>
            <w:r w:rsidRPr="044648B5" w:rsidR="77205361">
              <w:rPr>
                <w:lang w:val="en-US"/>
              </w:rPr>
              <w:t xml:space="preserve"> the length and course content.</w:t>
            </w:r>
          </w:p>
        </w:tc>
      </w:tr>
    </w:tbl>
    <w:p w:rsidR="17432E7D" w:rsidP="17432E7D" w:rsidRDefault="17432E7D" w14:paraId="7B7409C7" w14:textId="22DBFFAE">
      <w:pPr>
        <w:pStyle w:val="ListParagraph"/>
        <w:numPr>
          <w:ilvl w:val="0"/>
          <w:numId w:val="2"/>
        </w:numPr>
        <w:rPr>
          <w:lang w:val="en-US"/>
        </w:rPr>
      </w:pPr>
      <w:r w:rsidRPr="044648B5" w:rsidR="4F1D25FC">
        <w:rPr>
          <w:lang w:val="en-US"/>
        </w:rPr>
        <w:t xml:space="preserve">Use </w:t>
      </w:r>
      <w:r w:rsidRPr="044648B5" w:rsidR="4F1D25FC">
        <w:rPr>
          <w:b w:val="1"/>
          <w:bCs w:val="1"/>
          <w:lang w:val="en-US"/>
        </w:rPr>
        <w:t xml:space="preserve">Announcements </w:t>
      </w:r>
      <w:r w:rsidRPr="044648B5" w:rsidR="4F1D25FC">
        <w:rPr>
          <w:lang w:val="en-US"/>
        </w:rPr>
        <w:t xml:space="preserve">to periodically engage with students to provide information </w:t>
      </w:r>
      <w:r w:rsidRPr="044648B5" w:rsidR="305B8888">
        <w:rPr>
          <w:lang w:val="en-US"/>
        </w:rPr>
        <w:t>related to course content</w:t>
      </w:r>
    </w:p>
    <w:p w:rsidR="17432E7D" w:rsidP="17432E7D" w:rsidRDefault="17432E7D" w14:paraId="612EF4D4" w14:textId="07207D0F">
      <w:pPr>
        <w:pStyle w:val="ListParagraph"/>
        <w:numPr>
          <w:ilvl w:val="0"/>
          <w:numId w:val="2"/>
        </w:numPr>
        <w:rPr>
          <w:lang w:val="en-US"/>
        </w:rPr>
      </w:pPr>
      <w:r w:rsidRPr="044648B5" w:rsidR="305B8888">
        <w:rPr>
          <w:lang w:val="en-US"/>
        </w:rPr>
        <w:t>A</w:t>
      </w:r>
      <w:r w:rsidRPr="044648B5" w:rsidR="4F1D25FC">
        <w:rPr>
          <w:lang w:val="en-US"/>
        </w:rPr>
        <w:t>llow students to comment on announcements and reply to the comments</w:t>
      </w:r>
    </w:p>
    <w:p w:rsidR="49CE477A" w:rsidP="044648B5" w:rsidRDefault="49CE477A" w14:paraId="3A2F673F" w14:textId="4C7B635F">
      <w:pPr>
        <w:pStyle w:val="ListParagraph"/>
        <w:numPr>
          <w:ilvl w:val="0"/>
          <w:numId w:val="2"/>
        </w:numPr>
        <w:rPr>
          <w:lang w:val="en-US"/>
        </w:rPr>
      </w:pPr>
      <w:r w:rsidRPr="044648B5" w:rsidR="49CE477A">
        <w:rPr>
          <w:lang w:val="en-US"/>
        </w:rPr>
        <w:t xml:space="preserve">Provide a </w:t>
      </w:r>
      <w:r w:rsidRPr="044648B5" w:rsidR="49CE477A">
        <w:rPr>
          <w:b w:val="1"/>
          <w:bCs w:val="1"/>
          <w:lang w:val="en-US"/>
        </w:rPr>
        <w:t>Communication Plan</w:t>
      </w:r>
      <w:r w:rsidRPr="044648B5" w:rsidR="49CE477A">
        <w:rPr>
          <w:lang w:val="en-US"/>
        </w:rPr>
        <w:t xml:space="preserve"> in your orientation module </w:t>
      </w:r>
      <w:r w:rsidRPr="044648B5" w:rsidR="60634672">
        <w:rPr>
          <w:lang w:val="en-US"/>
        </w:rPr>
        <w:t>giv</w:t>
      </w:r>
      <w:r w:rsidRPr="044648B5" w:rsidR="49CE477A">
        <w:rPr>
          <w:lang w:val="en-US"/>
        </w:rPr>
        <w:t xml:space="preserve">ing interaction expectations, response times, and </w:t>
      </w:r>
      <w:r w:rsidRPr="044648B5" w:rsidR="3D8DD4C0">
        <w:rPr>
          <w:lang w:val="en-US"/>
        </w:rPr>
        <w:t>participation</w:t>
      </w:r>
      <w:r w:rsidRPr="044648B5" w:rsidR="49CE477A">
        <w:rPr>
          <w:lang w:val="en-US"/>
        </w:rPr>
        <w:t xml:space="preserve"> </w:t>
      </w:r>
      <w:r w:rsidRPr="044648B5" w:rsidR="6C40ADD6">
        <w:rPr>
          <w:lang w:val="en-US"/>
        </w:rPr>
        <w:t>guidance</w:t>
      </w:r>
      <w:r w:rsidRPr="044648B5" w:rsidR="49CE477A">
        <w:rPr>
          <w:lang w:val="en-US"/>
        </w:rPr>
        <w:t>)</w:t>
      </w:r>
    </w:p>
    <w:p w:rsidR="5AA8BAF1" w:rsidP="044648B5" w:rsidRDefault="5AA8BAF1" w14:paraId="655F078E" w14:textId="7DBF5EDA">
      <w:pPr>
        <w:pStyle w:val="ListParagraph"/>
        <w:numPr>
          <w:ilvl w:val="0"/>
          <w:numId w:val="2"/>
        </w:numPr>
        <w:rPr>
          <w:lang w:val="en-US"/>
        </w:rPr>
      </w:pPr>
      <w:r w:rsidRPr="044648B5" w:rsidR="5AA8BAF1">
        <w:rPr>
          <w:lang w:val="en-US"/>
        </w:rPr>
        <w:t xml:space="preserve">List the ways students will interact with you as well </w:t>
      </w:r>
      <w:r w:rsidRPr="044648B5" w:rsidR="5AA8BAF1">
        <w:rPr>
          <w:lang w:val="en-US"/>
        </w:rPr>
        <w:t>as with</w:t>
      </w:r>
      <w:r w:rsidRPr="044648B5" w:rsidR="5AA8BAF1">
        <w:rPr>
          <w:lang w:val="en-US"/>
        </w:rPr>
        <w:t xml:space="preserve"> each other. </w:t>
      </w:r>
    </w:p>
    <w:p w:rsidR="275EA69B" w:rsidP="044648B5" w:rsidRDefault="275EA69B" w14:paraId="773020E2" w14:textId="7E248E8E">
      <w:pPr>
        <w:pStyle w:val="ListParagraph"/>
        <w:numPr>
          <w:ilvl w:val="0"/>
          <w:numId w:val="2"/>
        </w:numPr>
        <w:rPr>
          <w:b w:val="1"/>
          <w:bCs w:val="1"/>
          <w:lang w:val="en-US"/>
        </w:rPr>
      </w:pPr>
      <w:r w:rsidRPr="044648B5" w:rsidR="275EA69B">
        <w:rPr>
          <w:lang w:val="en-US"/>
        </w:rPr>
        <w:t xml:space="preserve">In </w:t>
      </w:r>
      <w:r w:rsidRPr="044648B5" w:rsidR="49CE477A">
        <w:rPr>
          <w:lang w:val="en-US"/>
        </w:rPr>
        <w:t>the</w:t>
      </w:r>
      <w:r w:rsidRPr="044648B5" w:rsidR="49CE477A">
        <w:rPr>
          <w:b w:val="1"/>
          <w:bCs w:val="1"/>
          <w:lang w:val="en-US"/>
        </w:rPr>
        <w:t xml:space="preserve"> Syllabus</w:t>
      </w:r>
      <w:r w:rsidRPr="044648B5" w:rsidR="3A1C58CF">
        <w:rPr>
          <w:b w:val="1"/>
          <w:bCs w:val="1"/>
          <w:lang w:val="en-US"/>
        </w:rPr>
        <w:t xml:space="preserve">, </w:t>
      </w:r>
      <w:r w:rsidRPr="044648B5" w:rsidR="3A1C58CF">
        <w:rPr>
          <w:b w:val="0"/>
          <w:bCs w:val="0"/>
          <w:lang w:val="en-US"/>
        </w:rPr>
        <w:t xml:space="preserve">list your response times and participation </w:t>
      </w:r>
      <w:r w:rsidRPr="044648B5" w:rsidR="23EDACF6">
        <w:rPr>
          <w:b w:val="0"/>
          <w:bCs w:val="0"/>
          <w:lang w:val="en-US"/>
        </w:rPr>
        <w:t>requirements</w:t>
      </w:r>
    </w:p>
    <w:p w:rsidR="3A1C58CF" w:rsidP="044648B5" w:rsidRDefault="3A1C58CF" w14:paraId="2D41E405" w14:textId="343A403D">
      <w:pPr>
        <w:pStyle w:val="ListParagraph"/>
        <w:numPr>
          <w:ilvl w:val="0"/>
          <w:numId w:val="2"/>
        </w:numPr>
        <w:rPr>
          <w:b w:val="1"/>
          <w:bCs w:val="1"/>
          <w:lang w:val="en-US"/>
        </w:rPr>
      </w:pPr>
      <w:r w:rsidRPr="044648B5" w:rsidR="3A1C58CF">
        <w:rPr>
          <w:b w:val="0"/>
          <w:bCs w:val="0"/>
          <w:lang w:val="en-US"/>
        </w:rPr>
        <w:t xml:space="preserve">On your </w:t>
      </w:r>
      <w:r w:rsidRPr="044648B5" w:rsidR="3A1C58CF">
        <w:rPr>
          <w:b w:val="1"/>
          <w:bCs w:val="1"/>
          <w:lang w:val="en-US"/>
        </w:rPr>
        <w:t>Homepage</w:t>
      </w:r>
      <w:r w:rsidRPr="044648B5" w:rsidR="3A1C58CF">
        <w:rPr>
          <w:b w:val="0"/>
          <w:bCs w:val="0"/>
          <w:lang w:val="en-US"/>
        </w:rPr>
        <w:t xml:space="preserve"> state contact information, response times, and office hours</w:t>
      </w:r>
    </w:p>
    <w:p w:rsidR="65EBA03E" w:rsidP="17432E7D" w:rsidRDefault="65EBA03E" w14:paraId="6264A8B5" w14:textId="7C1B32A9">
      <w:pPr>
        <w:pStyle w:val="Heading3"/>
        <w:rPr>
          <w:sz w:val="28"/>
          <w:szCs w:val="28"/>
          <w:lang w:val="en-US"/>
        </w:rPr>
      </w:pPr>
      <w:r w:rsidRPr="17432E7D">
        <w:rPr>
          <w:sz w:val="28"/>
          <w:szCs w:val="28"/>
          <w:lang w:val="en-US"/>
        </w:rPr>
        <w:t>B - Monitoring the student’s academic engagement and success and ensuring that an instructor is responsible for promptly and proactively engaging in substantive interaction with the student when needed on the basis of such monitoring, or upon request by the student.</w:t>
      </w:r>
    </w:p>
    <w:tbl>
      <w:tblPr>
        <w:tblW w:w="14390" w:type="dxa"/>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400" w:firstRow="0" w:lastRow="0" w:firstColumn="0" w:lastColumn="0" w:noHBand="0" w:noVBand="1"/>
      </w:tblPr>
      <w:tblGrid>
        <w:gridCol w:w="3309"/>
        <w:gridCol w:w="3668"/>
        <w:gridCol w:w="3712"/>
        <w:gridCol w:w="3701"/>
      </w:tblGrid>
      <w:tr w:rsidR="17432E7D" w:rsidTr="044648B5" w14:paraId="7B19AD35" w14:textId="77777777">
        <w:trPr>
          <w:trHeight w:val="300"/>
        </w:trPr>
        <w:tc>
          <w:tcPr>
            <w:tcW w:w="3309" w:type="dxa"/>
            <w:tcMar/>
          </w:tcPr>
          <w:p w:rsidR="17432E7D" w:rsidRDefault="17432E7D" w14:paraId="790397DC" w14:textId="77777777">
            <w:r w:rsidRPr="17432E7D">
              <w:rPr>
                <w:b/>
                <w:bCs/>
              </w:rPr>
              <w:t>Initial</w:t>
            </w:r>
          </w:p>
        </w:tc>
        <w:tc>
          <w:tcPr>
            <w:tcW w:w="3668" w:type="dxa"/>
            <w:tcMar/>
          </w:tcPr>
          <w:p w:rsidR="17432E7D" w:rsidRDefault="17432E7D" w14:paraId="08C04F23" w14:textId="77777777">
            <w:r w:rsidRPr="17432E7D">
              <w:rPr>
                <w:b/>
                <w:bCs/>
              </w:rPr>
              <w:t>Emerging</w:t>
            </w:r>
          </w:p>
        </w:tc>
        <w:tc>
          <w:tcPr>
            <w:tcW w:w="3712" w:type="dxa"/>
            <w:tcMar/>
          </w:tcPr>
          <w:p w:rsidR="17432E7D" w:rsidRDefault="17432E7D" w14:paraId="00F3F61B" w14:textId="77777777">
            <w:r w:rsidRPr="17432E7D">
              <w:rPr>
                <w:b/>
                <w:bCs/>
              </w:rPr>
              <w:t>Developed</w:t>
            </w:r>
          </w:p>
        </w:tc>
        <w:tc>
          <w:tcPr>
            <w:tcW w:w="3701" w:type="dxa"/>
            <w:tcMar/>
          </w:tcPr>
          <w:p w:rsidR="17432E7D" w:rsidRDefault="17432E7D" w14:paraId="6B1B4104" w14:textId="77777777">
            <w:r w:rsidRPr="17432E7D">
              <w:rPr>
                <w:b/>
                <w:bCs/>
              </w:rPr>
              <w:t>Highly Developed</w:t>
            </w:r>
          </w:p>
        </w:tc>
      </w:tr>
      <w:tr w:rsidR="17432E7D" w:rsidTr="044648B5" w14:paraId="6B72B6CD" w14:textId="77777777">
        <w:trPr>
          <w:trHeight w:val="300"/>
        </w:trPr>
        <w:tc>
          <w:tcPr>
            <w:tcW w:w="3309" w:type="dxa"/>
            <w:tcMar/>
          </w:tcPr>
          <w:p w:rsidR="17432E7D" w:rsidP="044648B5" w:rsidRDefault="17432E7D" w14:paraId="10C3C4FC" w14:textId="2304133A">
            <w:pPr>
              <w:rPr>
                <w:lang w:val="en-US"/>
              </w:rPr>
            </w:pPr>
            <w:r w:rsidRPr="044648B5" w:rsidR="638A5F67">
              <w:rPr>
                <w:lang w:val="en-US"/>
              </w:rPr>
              <w:t>There is minimal</w:t>
            </w:r>
            <w:r w:rsidRPr="044648B5" w:rsidR="4C157D7F">
              <w:rPr>
                <w:lang w:val="en-US"/>
              </w:rPr>
              <w:t xml:space="preserve"> </w:t>
            </w:r>
            <w:r w:rsidRPr="044648B5" w:rsidR="638A5F67">
              <w:rPr>
                <w:lang w:val="en-US"/>
              </w:rPr>
              <w:t>interaction</w:t>
            </w:r>
            <w:r>
              <w:tab/>
            </w:r>
            <w:r w:rsidRPr="044648B5" w:rsidR="638A5F67">
              <w:rPr>
                <w:lang w:val="en-US"/>
              </w:rPr>
              <w:t>(frequency</w:t>
            </w:r>
            <w:r w:rsidRPr="044648B5" w:rsidR="29247C41">
              <w:rPr>
                <w:lang w:val="en-US"/>
              </w:rPr>
              <w:t xml:space="preserve"> </w:t>
            </w:r>
            <w:r w:rsidRPr="044648B5" w:rsidR="638A5F67">
              <w:rPr>
                <w:lang w:val="en-US"/>
              </w:rPr>
              <w:t>of</w:t>
            </w:r>
            <w:r w:rsidRPr="044648B5" w:rsidR="7799A73B">
              <w:rPr>
                <w:lang w:val="en-US"/>
              </w:rPr>
              <w:t xml:space="preserve"> </w:t>
            </w:r>
            <w:r w:rsidRPr="044648B5" w:rsidR="638A5F67">
              <w:rPr>
                <w:lang w:val="en-US"/>
              </w:rPr>
              <w:t>postings,</w:t>
            </w:r>
            <w:r w:rsidRPr="044648B5" w:rsidR="3D563C0C">
              <w:rPr>
                <w:lang w:val="en-US"/>
              </w:rPr>
              <w:t xml:space="preserve"> </w:t>
            </w:r>
            <w:r w:rsidRPr="044648B5" w:rsidR="638A5F67">
              <w:rPr>
                <w:lang w:val="en-US"/>
              </w:rPr>
              <w:t>feedback,</w:t>
            </w:r>
            <w:r w:rsidRPr="044648B5" w:rsidR="44521D1B">
              <w:rPr>
                <w:lang w:val="en-US"/>
              </w:rPr>
              <w:t xml:space="preserve"> </w:t>
            </w:r>
            <w:r w:rsidRPr="044648B5" w:rsidR="638A5F67">
              <w:rPr>
                <w:lang w:val="en-US"/>
              </w:rPr>
              <w:t>instruction)</w:t>
            </w:r>
            <w:r w:rsidRPr="044648B5" w:rsidR="2DE8B4A7">
              <w:rPr>
                <w:lang w:val="en-US"/>
              </w:rPr>
              <w:t xml:space="preserve"> </w:t>
            </w:r>
            <w:r w:rsidRPr="044648B5" w:rsidR="638A5F67">
              <w:rPr>
                <w:lang w:val="en-US"/>
              </w:rPr>
              <w:t>throughout</w:t>
            </w:r>
            <w:r w:rsidRPr="044648B5" w:rsidR="3ABC0212">
              <w:rPr>
                <w:lang w:val="en-US"/>
              </w:rPr>
              <w:t xml:space="preserve"> </w:t>
            </w:r>
            <w:r w:rsidRPr="044648B5" w:rsidR="638A5F67">
              <w:rPr>
                <w:lang w:val="en-US"/>
              </w:rPr>
              <w:t>the</w:t>
            </w:r>
            <w:r w:rsidRPr="044648B5" w:rsidR="612BDD85">
              <w:rPr>
                <w:lang w:val="en-US"/>
              </w:rPr>
              <w:t xml:space="preserve"> </w:t>
            </w:r>
            <w:r w:rsidRPr="044648B5" w:rsidR="638A5F67">
              <w:rPr>
                <w:lang w:val="en-US"/>
              </w:rPr>
              <w:t>term</w:t>
            </w:r>
            <w:r w:rsidRPr="044648B5" w:rsidR="477F9A27">
              <w:rPr>
                <w:lang w:val="en-US"/>
              </w:rPr>
              <w:t xml:space="preserve"> </w:t>
            </w:r>
            <w:r w:rsidRPr="044648B5" w:rsidR="638A5F67">
              <w:rPr>
                <w:lang w:val="en-US"/>
              </w:rPr>
              <w:t>in</w:t>
            </w:r>
            <w:r w:rsidRPr="044648B5" w:rsidR="0E1CB548">
              <w:rPr>
                <w:lang w:val="en-US"/>
              </w:rPr>
              <w:t xml:space="preserve"> </w:t>
            </w:r>
            <w:r w:rsidRPr="044648B5" w:rsidR="638A5F67">
              <w:rPr>
                <w:lang w:val="en-US"/>
              </w:rPr>
              <w:t>the</w:t>
            </w:r>
            <w:r w:rsidRPr="044648B5" w:rsidR="556F5156">
              <w:rPr>
                <w:lang w:val="en-US"/>
              </w:rPr>
              <w:t xml:space="preserve"> </w:t>
            </w:r>
            <w:r w:rsidRPr="044648B5" w:rsidR="638A5F67">
              <w:rPr>
                <w:lang w:val="en-US"/>
              </w:rPr>
              <w:t>course</w:t>
            </w:r>
            <w:r w:rsidRPr="044648B5" w:rsidR="6AF1D464">
              <w:rPr>
                <w:lang w:val="en-US"/>
              </w:rPr>
              <w:t xml:space="preserve"> </w:t>
            </w:r>
            <w:r w:rsidRPr="044648B5" w:rsidR="638A5F67">
              <w:rPr>
                <w:lang w:val="en-US"/>
              </w:rPr>
              <w:t>section,</w:t>
            </w:r>
            <w:r w:rsidRPr="044648B5" w:rsidR="1531857A">
              <w:rPr>
                <w:lang w:val="en-US"/>
              </w:rPr>
              <w:t xml:space="preserve"> </w:t>
            </w:r>
            <w:r w:rsidRPr="044648B5" w:rsidR="638A5F67">
              <w:rPr>
                <w:lang w:val="en-US"/>
              </w:rPr>
              <w:t>or</w:t>
            </w:r>
            <w:r w:rsidRPr="044648B5" w:rsidR="3092D65E">
              <w:rPr>
                <w:lang w:val="en-US"/>
              </w:rPr>
              <w:t xml:space="preserve"> </w:t>
            </w:r>
            <w:r w:rsidRPr="044648B5" w:rsidR="638A5F67">
              <w:rPr>
                <w:lang w:val="en-US"/>
              </w:rPr>
              <w:t>with</w:t>
            </w:r>
            <w:r w:rsidRPr="044648B5" w:rsidR="56931DCE">
              <w:rPr>
                <w:lang w:val="en-US"/>
              </w:rPr>
              <w:t xml:space="preserve"> </w:t>
            </w:r>
            <w:r w:rsidRPr="044648B5" w:rsidR="638A5F67">
              <w:rPr>
                <w:lang w:val="en-US"/>
              </w:rPr>
              <w:t>individual</w:t>
            </w:r>
            <w:r w:rsidRPr="044648B5" w:rsidR="2C02AB1C">
              <w:rPr>
                <w:lang w:val="en-US"/>
              </w:rPr>
              <w:t xml:space="preserve"> </w:t>
            </w:r>
            <w:r w:rsidRPr="044648B5" w:rsidR="638A5F67">
              <w:rPr>
                <w:lang w:val="en-US"/>
              </w:rPr>
              <w:t>students</w:t>
            </w:r>
            <w:r w:rsidRPr="044648B5" w:rsidR="34EE79B0">
              <w:rPr>
                <w:lang w:val="en-US"/>
              </w:rPr>
              <w:t xml:space="preserve"> </w:t>
            </w:r>
            <w:r w:rsidRPr="044648B5" w:rsidR="638A5F67">
              <w:rPr>
                <w:lang w:val="en-US"/>
              </w:rPr>
              <w:t>based</w:t>
            </w:r>
            <w:r w:rsidRPr="044648B5" w:rsidR="7D46FDCC">
              <w:rPr>
                <w:lang w:val="en-US"/>
              </w:rPr>
              <w:t xml:space="preserve"> </w:t>
            </w:r>
            <w:r w:rsidRPr="044648B5" w:rsidR="638A5F67">
              <w:rPr>
                <w:lang w:val="en-US"/>
              </w:rPr>
              <w:t>on</w:t>
            </w:r>
            <w:r w:rsidRPr="044648B5" w:rsidR="262E9FEB">
              <w:rPr>
                <w:lang w:val="en-US"/>
              </w:rPr>
              <w:t xml:space="preserve"> </w:t>
            </w:r>
            <w:r w:rsidRPr="044648B5" w:rsidR="638A5F67">
              <w:rPr>
                <w:lang w:val="en-US"/>
              </w:rPr>
              <w:t>monitoring</w:t>
            </w:r>
            <w:r w:rsidRPr="044648B5" w:rsidR="4FD19715">
              <w:rPr>
                <w:lang w:val="en-US"/>
              </w:rPr>
              <w:t xml:space="preserve"> </w:t>
            </w:r>
            <w:r w:rsidRPr="044648B5" w:rsidR="638A5F67">
              <w:rPr>
                <w:lang w:val="en-US"/>
              </w:rPr>
              <w:t>student</w:t>
            </w:r>
            <w:r w:rsidRPr="044648B5" w:rsidR="6448FDB3">
              <w:rPr>
                <w:lang w:val="en-US"/>
              </w:rPr>
              <w:t xml:space="preserve"> </w:t>
            </w:r>
            <w:r w:rsidRPr="044648B5" w:rsidR="638A5F67">
              <w:rPr>
                <w:lang w:val="en-US"/>
              </w:rPr>
              <w:t>engagement</w:t>
            </w:r>
            <w:r w:rsidRPr="044648B5" w:rsidR="75764721">
              <w:rPr>
                <w:lang w:val="en-US"/>
              </w:rPr>
              <w:t xml:space="preserve"> </w:t>
            </w:r>
            <w:r w:rsidRPr="044648B5" w:rsidR="638A5F67">
              <w:rPr>
                <w:lang w:val="en-US"/>
              </w:rPr>
              <w:t>and</w:t>
            </w:r>
            <w:r w:rsidRPr="044648B5" w:rsidR="257635E2">
              <w:rPr>
                <w:lang w:val="en-US"/>
              </w:rPr>
              <w:t xml:space="preserve"> </w:t>
            </w:r>
            <w:r w:rsidRPr="044648B5" w:rsidR="638A5F67">
              <w:rPr>
                <w:lang w:val="en-US"/>
              </w:rPr>
              <w:t xml:space="preserve">success. </w:t>
            </w:r>
          </w:p>
          <w:p w:rsidR="17432E7D" w:rsidP="17432E7D" w:rsidRDefault="17432E7D" w14:paraId="43B49D7A" w14:textId="015E0012">
            <w:pPr>
              <w:rPr>
                <w:lang w:val="en-US"/>
              </w:rPr>
            </w:pPr>
            <w:r w:rsidRPr="044648B5" w:rsidR="638A5F67">
              <w:rPr>
                <w:lang w:val="en-US"/>
              </w:rPr>
              <w:t>Policies</w:t>
            </w:r>
            <w:r>
              <w:tab/>
            </w:r>
            <w:r w:rsidRPr="044648B5" w:rsidR="485A6DFD">
              <w:rPr>
                <w:lang w:val="en-US"/>
              </w:rPr>
              <w:t xml:space="preserve"> </w:t>
            </w:r>
            <w:r w:rsidRPr="044648B5" w:rsidR="638A5F67">
              <w:rPr>
                <w:lang w:val="en-US"/>
              </w:rPr>
              <w:t>and/or</w:t>
            </w:r>
            <w:r>
              <w:tab/>
            </w:r>
            <w:r w:rsidRPr="044648B5" w:rsidR="34E9C173">
              <w:rPr>
                <w:lang w:val="en-US"/>
              </w:rPr>
              <w:t xml:space="preserve"> </w:t>
            </w:r>
            <w:r w:rsidRPr="044648B5" w:rsidR="638A5F67">
              <w:rPr>
                <w:lang w:val="en-US"/>
              </w:rPr>
              <w:t>procedures</w:t>
            </w:r>
            <w:r>
              <w:tab/>
            </w:r>
            <w:r w:rsidRPr="044648B5" w:rsidR="638A5F67">
              <w:rPr>
                <w:lang w:val="en-US"/>
              </w:rPr>
              <w:t>create</w:t>
            </w:r>
            <w:r w:rsidRPr="044648B5" w:rsidR="1EE1E245">
              <w:rPr>
                <w:lang w:val="en-US"/>
              </w:rPr>
              <w:t xml:space="preserve"> </w:t>
            </w:r>
            <w:r w:rsidRPr="044648B5" w:rsidR="638A5F67">
              <w:rPr>
                <w:lang w:val="en-US"/>
              </w:rPr>
              <w:t>expectations</w:t>
            </w:r>
            <w:r w:rsidRPr="044648B5" w:rsidR="598F5660">
              <w:rPr>
                <w:lang w:val="en-US"/>
              </w:rPr>
              <w:t xml:space="preserve"> </w:t>
            </w:r>
            <w:r w:rsidRPr="044648B5" w:rsidR="638A5F67">
              <w:rPr>
                <w:lang w:val="en-US"/>
              </w:rPr>
              <w:t>for</w:t>
            </w:r>
            <w:r>
              <w:tab/>
            </w:r>
            <w:r w:rsidRPr="044648B5" w:rsidR="638A5F67">
              <w:rPr>
                <w:lang w:val="en-US"/>
              </w:rPr>
              <w:t>monitoring</w:t>
            </w:r>
            <w:r w:rsidRPr="044648B5" w:rsidR="03BC6748">
              <w:rPr>
                <w:lang w:val="en-US"/>
              </w:rPr>
              <w:t xml:space="preserve"> </w:t>
            </w:r>
            <w:r w:rsidRPr="044648B5" w:rsidR="638A5F67">
              <w:rPr>
                <w:lang w:val="en-US"/>
              </w:rPr>
              <w:t>student</w:t>
            </w:r>
            <w:r w:rsidRPr="044648B5" w:rsidR="166A975E">
              <w:rPr>
                <w:lang w:val="en-US"/>
              </w:rPr>
              <w:t xml:space="preserve"> </w:t>
            </w:r>
            <w:r w:rsidRPr="044648B5" w:rsidR="638A5F67">
              <w:rPr>
                <w:lang w:val="en-US"/>
              </w:rPr>
              <w:t>academic</w:t>
            </w:r>
            <w:r w:rsidRPr="044648B5" w:rsidR="0E200DD6">
              <w:rPr>
                <w:lang w:val="en-US"/>
              </w:rPr>
              <w:t xml:space="preserve"> </w:t>
            </w:r>
            <w:r w:rsidRPr="044648B5" w:rsidR="638A5F67">
              <w:rPr>
                <w:lang w:val="en-US"/>
              </w:rPr>
              <w:t>engagement</w:t>
            </w:r>
            <w:r w:rsidRPr="044648B5" w:rsidR="49D5390A">
              <w:rPr>
                <w:lang w:val="en-US"/>
              </w:rPr>
              <w:t xml:space="preserve"> </w:t>
            </w:r>
            <w:r w:rsidRPr="044648B5" w:rsidR="638A5F67">
              <w:rPr>
                <w:lang w:val="en-US"/>
              </w:rPr>
              <w:t>and</w:t>
            </w:r>
            <w:r w:rsidRPr="044648B5" w:rsidR="2BDFAD7D">
              <w:rPr>
                <w:lang w:val="en-US"/>
              </w:rPr>
              <w:t xml:space="preserve"> </w:t>
            </w:r>
            <w:r w:rsidRPr="044648B5" w:rsidR="638A5F67">
              <w:rPr>
                <w:lang w:val="en-US"/>
              </w:rPr>
              <w:t>success.</w:t>
            </w:r>
          </w:p>
        </w:tc>
        <w:tc>
          <w:tcPr>
            <w:tcW w:w="3668" w:type="dxa"/>
            <w:tcMar/>
          </w:tcPr>
          <w:p w:rsidR="17432E7D" w:rsidP="044648B5" w:rsidRDefault="17432E7D" w14:paraId="6DF6705C" w14:textId="66BA05D5">
            <w:pPr>
              <w:rPr>
                <w:b w:val="1"/>
                <w:bCs w:val="1"/>
                <w:lang w:val="en-US"/>
              </w:rPr>
            </w:pPr>
            <w:r w:rsidRPr="044648B5" w:rsidR="74F13CC4">
              <w:rPr>
                <w:b w:val="1"/>
                <w:bCs w:val="1"/>
                <w:lang w:val="en-US"/>
              </w:rPr>
              <w:t>Instructor</w:t>
            </w:r>
            <w:r w:rsidRPr="044648B5" w:rsidR="74F13CC4">
              <w:rPr>
                <w:b w:val="1"/>
                <w:bCs w:val="1"/>
                <w:lang w:val="en-US"/>
              </w:rPr>
              <w:t xml:space="preserve"> periodically engages with students</w:t>
            </w:r>
            <w:r>
              <w:tab/>
            </w:r>
            <w:r w:rsidRPr="044648B5" w:rsidR="74F13CC4">
              <w:rPr>
                <w:b w:val="1"/>
                <w:bCs w:val="1"/>
                <w:lang w:val="en-US"/>
              </w:rPr>
              <w:t>throughout the term to provide formative</w:t>
            </w:r>
            <w:r>
              <w:tab/>
            </w:r>
            <w:r w:rsidRPr="044648B5" w:rsidR="74F13CC4">
              <w:rPr>
                <w:b w:val="1"/>
                <w:bCs w:val="1"/>
                <w:lang w:val="en-US"/>
              </w:rPr>
              <w:t>feedback and information based on monitoring student engagement and success.</w:t>
            </w:r>
            <w:r>
              <w:tab/>
            </w:r>
          </w:p>
          <w:p w:rsidR="17432E7D" w:rsidP="17432E7D" w:rsidRDefault="17432E7D" w14:paraId="05A5834D" w14:textId="21E38EB9">
            <w:pPr>
              <w:rPr>
                <w:b w:val="1"/>
                <w:bCs w:val="1"/>
                <w:lang w:val="en-US"/>
              </w:rPr>
            </w:pPr>
            <w:r w:rsidRPr="044648B5" w:rsidR="74F13CC4">
              <w:rPr>
                <w:b w:val="1"/>
                <w:bCs w:val="1"/>
                <w:lang w:val="en-US"/>
              </w:rPr>
              <w:t>Mechanisms ensure that the</w:t>
            </w:r>
            <w:r>
              <w:tab/>
            </w:r>
            <w:r w:rsidRPr="044648B5" w:rsidR="74F13CC4">
              <w:rPr>
                <w:b w:val="1"/>
                <w:bCs w:val="1"/>
                <w:lang w:val="en-US"/>
              </w:rPr>
              <w:t xml:space="preserve">policies and procedures </w:t>
            </w:r>
            <w:r w:rsidRPr="044648B5" w:rsidR="74F13CC4">
              <w:rPr>
                <w:b w:val="1"/>
                <w:bCs w:val="1"/>
                <w:lang w:val="en-US"/>
              </w:rPr>
              <w:t>pertaining to</w:t>
            </w:r>
            <w:r w:rsidRPr="044648B5" w:rsidR="74F13CC4">
              <w:rPr>
                <w:b w:val="1"/>
                <w:bCs w:val="1"/>
                <w:lang w:val="en-US"/>
              </w:rPr>
              <w:t xml:space="preserve"> monitoring</w:t>
            </w:r>
            <w:r>
              <w:tab/>
            </w:r>
            <w:r w:rsidRPr="044648B5" w:rsidR="74F13CC4">
              <w:rPr>
                <w:b w:val="1"/>
                <w:bCs w:val="1"/>
                <w:lang w:val="en-US"/>
              </w:rPr>
              <w:t>student academic engagement</w:t>
            </w:r>
            <w:r>
              <w:tab/>
            </w:r>
            <w:r w:rsidRPr="044648B5" w:rsidR="74F13CC4">
              <w:rPr>
                <w:b w:val="1"/>
                <w:bCs w:val="1"/>
                <w:lang w:val="en-US"/>
              </w:rPr>
              <w:t>and success</w:t>
            </w:r>
            <w:r w:rsidRPr="044648B5" w:rsidR="31A5C281">
              <w:rPr>
                <w:b w:val="1"/>
                <w:bCs w:val="1"/>
                <w:lang w:val="en-US"/>
              </w:rPr>
              <w:t xml:space="preserve"> </w:t>
            </w:r>
            <w:r w:rsidRPr="044648B5" w:rsidR="74F13CC4">
              <w:rPr>
                <w:b w:val="1"/>
                <w:bCs w:val="1"/>
                <w:lang w:val="en-US"/>
              </w:rPr>
              <w:t>are</w:t>
            </w:r>
            <w:r w:rsidRPr="044648B5" w:rsidR="4FD41F56">
              <w:rPr>
                <w:b w:val="1"/>
                <w:bCs w:val="1"/>
                <w:lang w:val="en-US"/>
              </w:rPr>
              <w:t xml:space="preserve"> </w:t>
            </w:r>
            <w:r w:rsidRPr="044648B5" w:rsidR="74F13CC4">
              <w:rPr>
                <w:b w:val="1"/>
                <w:bCs w:val="1"/>
                <w:lang w:val="en-US"/>
              </w:rPr>
              <w:t>followed.</w:t>
            </w:r>
          </w:p>
        </w:tc>
        <w:tc>
          <w:tcPr>
            <w:tcW w:w="3712" w:type="dxa"/>
            <w:tcMar/>
          </w:tcPr>
          <w:p w:rsidR="17432E7D" w:rsidP="044648B5" w:rsidRDefault="17432E7D" w14:paraId="7A2D261E" w14:textId="2B4EE053">
            <w:pPr>
              <w:rPr>
                <w:lang w:val="en-US"/>
              </w:rPr>
            </w:pPr>
            <w:r w:rsidRPr="044648B5" w:rsidR="08BEBBEF">
              <w:rPr>
                <w:lang w:val="en-US"/>
              </w:rPr>
              <w:t>Instructor consistently</w:t>
            </w:r>
            <w:r>
              <w:tab/>
            </w:r>
            <w:r w:rsidRPr="044648B5" w:rsidR="08BEBBEF">
              <w:rPr>
                <w:lang w:val="en-US"/>
              </w:rPr>
              <w:t>engages with students throughout the term</w:t>
            </w:r>
            <w:r>
              <w:tab/>
            </w:r>
            <w:r w:rsidRPr="044648B5" w:rsidR="08BEBBEF">
              <w:rPr>
                <w:lang w:val="en-US"/>
              </w:rPr>
              <w:t xml:space="preserve">to provide formative feedback and information based on monitoring student engagement and success. </w:t>
            </w:r>
          </w:p>
          <w:p w:rsidR="17432E7D" w:rsidP="17432E7D" w:rsidRDefault="17432E7D" w14:paraId="46056B34" w14:textId="70D445BE">
            <w:pPr>
              <w:rPr>
                <w:lang w:val="en-US"/>
              </w:rPr>
            </w:pPr>
            <w:r w:rsidRPr="044648B5" w:rsidR="08BEBBEF">
              <w:rPr>
                <w:lang w:val="en-US"/>
              </w:rPr>
              <w:t xml:space="preserve">Instructor communicates </w:t>
            </w:r>
            <w:r w:rsidRPr="044648B5" w:rsidR="08BEBBEF">
              <w:rPr>
                <w:b w:val="1"/>
                <w:bCs w:val="1"/>
                <w:lang w:val="en-US"/>
              </w:rPr>
              <w:t>and</w:t>
            </w:r>
            <w:r>
              <w:tab/>
            </w:r>
            <w:r w:rsidRPr="044648B5" w:rsidR="08BEBBEF">
              <w:rPr>
                <w:b w:val="1"/>
                <w:bCs w:val="1"/>
                <w:lang w:val="en-US"/>
              </w:rPr>
              <w:t xml:space="preserve">responds in a timely </w:t>
            </w:r>
            <w:r w:rsidRPr="044648B5" w:rsidR="08BEBBEF">
              <w:rPr>
                <w:lang w:val="en-US"/>
              </w:rPr>
              <w:t xml:space="preserve">and </w:t>
            </w:r>
            <w:r w:rsidRPr="044648B5" w:rsidR="08BEBBEF">
              <w:rPr>
                <w:lang w:val="en-US"/>
              </w:rPr>
              <w:t xml:space="preserve">prompt </w:t>
            </w:r>
            <w:r w:rsidRPr="044648B5" w:rsidR="08BEBBEF">
              <w:rPr>
                <w:lang w:val="en-US"/>
              </w:rPr>
              <w:t>manner</w:t>
            </w:r>
            <w:r w:rsidRPr="044648B5" w:rsidR="08BEBBEF">
              <w:rPr>
                <w:lang w:val="en-US"/>
              </w:rPr>
              <w:t xml:space="preserve"> per institution’s</w:t>
            </w:r>
            <w:r w:rsidRPr="044648B5" w:rsidR="08D91B80">
              <w:rPr>
                <w:lang w:val="en-US"/>
              </w:rPr>
              <w:t xml:space="preserve"> </w:t>
            </w:r>
            <w:r w:rsidRPr="044648B5" w:rsidR="08BEBBEF">
              <w:rPr>
                <w:lang w:val="en-US"/>
              </w:rPr>
              <w:t>policies.</w:t>
            </w:r>
          </w:p>
        </w:tc>
        <w:tc>
          <w:tcPr>
            <w:tcW w:w="3701" w:type="dxa"/>
            <w:tcMar/>
          </w:tcPr>
          <w:p w:rsidR="17432E7D" w:rsidP="044648B5" w:rsidRDefault="17432E7D" w14:paraId="296671A9" w14:textId="29B45233">
            <w:pPr>
              <w:rPr>
                <w:lang w:val="en-US"/>
              </w:rPr>
            </w:pPr>
            <w:r w:rsidRPr="044648B5" w:rsidR="4C3E6A67">
              <w:rPr>
                <w:lang w:val="en-US"/>
              </w:rPr>
              <w:t>Instructor frequently engages</w:t>
            </w:r>
            <w:r>
              <w:tab/>
            </w:r>
            <w:r w:rsidRPr="044648B5" w:rsidR="4C3E6A67">
              <w:rPr>
                <w:lang w:val="en-US"/>
              </w:rPr>
              <w:t xml:space="preserve">with students throughout the term to provide formative feedback and information based on monitoring student engagement and success. </w:t>
            </w:r>
          </w:p>
          <w:p w:rsidR="17432E7D" w:rsidP="17432E7D" w:rsidRDefault="17432E7D" w14:paraId="3EA73FF6" w14:textId="0222D7F4">
            <w:pPr>
              <w:rPr>
                <w:lang w:val="en-US"/>
              </w:rPr>
            </w:pPr>
            <w:r w:rsidRPr="044648B5" w:rsidR="4C3E6A67">
              <w:rPr>
                <w:lang w:val="en-US"/>
              </w:rPr>
              <w:t xml:space="preserve">Instructor promptly and proactively responds to students in response to </w:t>
            </w:r>
            <w:r w:rsidRPr="044648B5" w:rsidR="4C3E6A67">
              <w:rPr>
                <w:lang w:val="en-US"/>
              </w:rPr>
              <w:t>observed</w:t>
            </w:r>
            <w:r w:rsidRPr="044648B5" w:rsidR="4C3E6A67">
              <w:rPr>
                <w:lang w:val="en-US"/>
              </w:rPr>
              <w:t xml:space="preserve"> concerns or at the request of students, to provide</w:t>
            </w:r>
            <w:r>
              <w:tab/>
            </w:r>
            <w:r w:rsidRPr="044648B5" w:rsidR="4C3E6A67">
              <w:rPr>
                <w:lang w:val="en-US"/>
              </w:rPr>
              <w:t>necessary</w:t>
            </w:r>
            <w:r w:rsidRPr="044648B5" w:rsidR="3B7DCCC0">
              <w:rPr>
                <w:lang w:val="en-US"/>
              </w:rPr>
              <w:t xml:space="preserve"> </w:t>
            </w:r>
            <w:r w:rsidRPr="044648B5" w:rsidR="4C3E6A67">
              <w:rPr>
                <w:lang w:val="en-US"/>
              </w:rPr>
              <w:t>support.</w:t>
            </w:r>
          </w:p>
        </w:tc>
      </w:tr>
    </w:tbl>
    <w:p w:rsidR="24A12F50" w:rsidP="044648B5" w:rsidRDefault="24A12F50" w14:paraId="40093A5A" w14:textId="6351DF5C">
      <w:pPr>
        <w:pStyle w:val="Normal"/>
        <w:ind w:left="0"/>
        <w:rPr>
          <w:rFonts w:ascii="Cambria" w:hAnsi="Cambria" w:eastAsia="Arial" w:cs="Arial" w:asciiTheme="minorAscii" w:hAnsiTheme="minorAscii"/>
          <w:highlight w:val="white"/>
          <w:lang w:val="en-US"/>
        </w:rPr>
      </w:pPr>
      <w:r w:rsidRPr="044648B5" w:rsidR="24A12F50">
        <w:rPr>
          <w:rFonts w:ascii="Cambria" w:hAnsi="Cambria" w:eastAsia="Arial" w:cs="Arial" w:asciiTheme="minorAscii" w:hAnsiTheme="minorAscii"/>
          <w:highlight w:val="white"/>
          <w:lang w:val="en-US"/>
        </w:rPr>
        <w:t>In addition to reaching out to students via the Canvas Inbox:</w:t>
      </w:r>
    </w:p>
    <w:p w:rsidR="17432E7D" w:rsidP="044648B5" w:rsidRDefault="17432E7D" w14:paraId="0D88DB62" w14:textId="42B7A4E6">
      <w:pPr>
        <w:pStyle w:val="ListParagraph"/>
        <w:numPr>
          <w:ilvl w:val="0"/>
          <w:numId w:val="1"/>
        </w:numPr>
        <w:rPr>
          <w:rFonts w:ascii="Cambria" w:hAnsi="Cambria" w:eastAsia="Arial" w:cs="Arial" w:asciiTheme="minorAscii" w:hAnsiTheme="minorAscii"/>
          <w:highlight w:val="white"/>
          <w:lang w:val="en-US"/>
        </w:rPr>
      </w:pPr>
      <w:r w:rsidRPr="044648B5" w:rsidR="0DF6F563">
        <w:rPr>
          <w:rFonts w:ascii="Cambria" w:hAnsi="Cambria" w:eastAsia="Arial" w:cs="Arial" w:asciiTheme="minorAscii" w:hAnsiTheme="minorAscii"/>
          <w:highlight w:val="white"/>
          <w:lang w:val="en-US"/>
        </w:rPr>
        <w:t xml:space="preserve">Provide </w:t>
      </w:r>
      <w:r w:rsidRPr="044648B5" w:rsidR="0DF6F563">
        <w:rPr>
          <w:rFonts w:ascii="Cambria" w:hAnsi="Cambria" w:eastAsia="Arial" w:cs="Arial" w:asciiTheme="minorAscii" w:hAnsiTheme="minorAscii"/>
          <w:b w:val="1"/>
          <w:bCs w:val="1"/>
          <w:highlight w:val="white"/>
          <w:lang w:val="en-US"/>
        </w:rPr>
        <w:t xml:space="preserve">typed </w:t>
      </w:r>
      <w:r w:rsidRPr="044648B5" w:rsidR="0DF6F563">
        <w:rPr>
          <w:rFonts w:ascii="Cambria" w:hAnsi="Cambria" w:eastAsia="Arial" w:cs="Arial" w:asciiTheme="minorAscii" w:hAnsiTheme="minorAscii"/>
          <w:b w:val="1"/>
          <w:bCs w:val="1"/>
          <w:highlight w:val="white"/>
          <w:lang w:val="en-US"/>
        </w:rPr>
        <w:t>feedback</w:t>
      </w:r>
      <w:r w:rsidRPr="044648B5" w:rsidR="0DF6F563">
        <w:rPr>
          <w:rFonts w:ascii="Cambria" w:hAnsi="Cambria" w:eastAsia="Arial" w:cs="Arial" w:asciiTheme="minorAscii" w:hAnsiTheme="minorAscii"/>
          <w:highlight w:val="white"/>
          <w:lang w:val="en-US"/>
        </w:rPr>
        <w:t xml:space="preserve"> on </w:t>
      </w:r>
      <w:r w:rsidRPr="044648B5" w:rsidR="0DF6F563">
        <w:rPr>
          <w:rFonts w:ascii="Cambria" w:hAnsi="Cambria" w:eastAsia="Arial" w:cs="Arial" w:asciiTheme="minorAscii" w:hAnsiTheme="minorAscii"/>
          <w:b w:val="1"/>
          <w:bCs w:val="1"/>
          <w:highlight w:val="white"/>
          <w:lang w:val="en-US"/>
        </w:rPr>
        <w:t>formative assessments</w:t>
      </w:r>
      <w:r w:rsidRPr="044648B5" w:rsidR="0DF6F563">
        <w:rPr>
          <w:rFonts w:ascii="Cambria" w:hAnsi="Cambria" w:eastAsia="Arial" w:cs="Arial" w:asciiTheme="minorAscii" w:hAnsiTheme="minorAscii"/>
          <w:highlight w:val="white"/>
          <w:lang w:val="en-US"/>
        </w:rPr>
        <w:t xml:space="preserve"> throughout the semester</w:t>
      </w:r>
      <w:r w:rsidRPr="044648B5" w:rsidR="28F5112D">
        <w:rPr>
          <w:rFonts w:ascii="Cambria" w:hAnsi="Cambria" w:eastAsia="Arial" w:cs="Arial" w:asciiTheme="minorAscii" w:hAnsiTheme="minorAscii"/>
          <w:highlight w:val="white"/>
          <w:lang w:val="en-US"/>
        </w:rPr>
        <w:t xml:space="preserve"> to engage students and </w:t>
      </w:r>
      <w:r w:rsidRPr="044648B5" w:rsidR="28F5112D">
        <w:rPr>
          <w:rFonts w:ascii="Cambria" w:hAnsi="Cambria" w:eastAsia="Arial" w:cs="Arial" w:asciiTheme="minorAscii" w:hAnsiTheme="minorAscii"/>
          <w:highlight w:val="white"/>
          <w:lang w:val="en-US"/>
        </w:rPr>
        <w:t>monitor</w:t>
      </w:r>
      <w:r w:rsidRPr="044648B5" w:rsidR="28F5112D">
        <w:rPr>
          <w:rFonts w:ascii="Cambria" w:hAnsi="Cambria" w:eastAsia="Arial" w:cs="Arial" w:asciiTheme="minorAscii" w:hAnsiTheme="minorAscii"/>
          <w:highlight w:val="white"/>
          <w:lang w:val="en-US"/>
        </w:rPr>
        <w:t xml:space="preserve"> success</w:t>
      </w:r>
    </w:p>
    <w:p w:rsidR="17432E7D" w:rsidP="044648B5" w:rsidRDefault="17432E7D" w14:paraId="3AAFA9CB" w14:textId="7BBFDC62">
      <w:pPr>
        <w:pStyle w:val="ListParagraph"/>
        <w:numPr>
          <w:ilvl w:val="0"/>
          <w:numId w:val="1"/>
        </w:numPr>
        <w:rPr>
          <w:rFonts w:ascii="Cambria" w:hAnsi="Cambria" w:eastAsia="Arial" w:cs="Arial" w:asciiTheme="minorAscii" w:hAnsiTheme="minorAscii"/>
          <w:highlight w:val="white"/>
          <w:lang w:val="en-US"/>
        </w:rPr>
      </w:pPr>
      <w:r w:rsidRPr="044648B5" w:rsidR="4191DEAF">
        <w:rPr>
          <w:rFonts w:ascii="Cambria" w:hAnsi="Cambria" w:eastAsia="Arial" w:cs="Arial" w:asciiTheme="minorAscii" w:hAnsiTheme="minorAscii"/>
          <w:highlight w:val="white"/>
          <w:lang w:val="en-US"/>
        </w:rPr>
        <w:t xml:space="preserve">Send regular </w:t>
      </w:r>
      <w:r w:rsidRPr="044648B5" w:rsidR="4191DEAF">
        <w:rPr>
          <w:rFonts w:ascii="Cambria" w:hAnsi="Cambria" w:eastAsia="Arial" w:cs="Arial" w:asciiTheme="minorAscii" w:hAnsiTheme="minorAscii"/>
          <w:b w:val="1"/>
          <w:bCs w:val="1"/>
          <w:highlight w:val="white"/>
          <w:lang w:val="en-US"/>
        </w:rPr>
        <w:t>Announcements</w:t>
      </w:r>
      <w:r w:rsidRPr="044648B5" w:rsidR="4191DEAF">
        <w:rPr>
          <w:rFonts w:ascii="Cambria" w:hAnsi="Cambria" w:eastAsia="Arial" w:cs="Arial" w:asciiTheme="minorAscii" w:hAnsiTheme="minorAscii"/>
          <w:highlight w:val="white"/>
          <w:lang w:val="en-US"/>
        </w:rPr>
        <w:t xml:space="preserve"> that engage and encourage student learning, feedback, and course information </w:t>
      </w:r>
      <w:r w:rsidRPr="044648B5" w:rsidR="4191DEAF">
        <w:rPr>
          <w:noProof w:val="0"/>
          <w:lang w:val="en-US"/>
        </w:rPr>
        <w:t xml:space="preserve">(beyond due dates and campus events) </w:t>
      </w:r>
      <w:r w:rsidRPr="044648B5" w:rsidR="4191DEAF">
        <w:rPr>
          <w:rFonts w:ascii="Cambria" w:hAnsi="Cambria" w:eastAsia="Arial" w:cs="Arial" w:asciiTheme="minorAscii" w:hAnsiTheme="minorAscii"/>
          <w:highlight w:val="white"/>
          <w:lang w:val="en-US"/>
        </w:rPr>
        <w:t>(</w:t>
      </w:r>
      <w:r w:rsidRPr="044648B5" w:rsidR="4191DEAF">
        <w:rPr>
          <w:rFonts w:ascii="Cambria" w:hAnsi="Cambria" w:eastAsia="Arial" w:cs="Arial" w:asciiTheme="minorAscii" w:hAnsiTheme="minorAscii"/>
          <w:highlight w:val="white"/>
          <w:lang w:val="en-US"/>
        </w:rPr>
        <w:t>e.g.</w:t>
      </w:r>
      <w:r w:rsidRPr="044648B5" w:rsidR="4191DEAF">
        <w:rPr>
          <w:rFonts w:ascii="Cambria" w:hAnsi="Cambria" w:eastAsia="Arial" w:cs="Arial" w:asciiTheme="minorAscii" w:hAnsiTheme="minorAscii"/>
          <w:highlight w:val="white"/>
          <w:lang w:val="en-US"/>
        </w:rPr>
        <w:t xml:space="preserve"> responding to challenges students may be having with a particular skill or concept)</w:t>
      </w:r>
    </w:p>
    <w:p w:rsidR="17432E7D" w:rsidP="044648B5" w:rsidRDefault="17432E7D" w14:paraId="15586850" w14:textId="66D791CC">
      <w:pPr>
        <w:pStyle w:val="Normal"/>
        <w:ind w:left="0"/>
        <w:rPr>
          <w:rFonts w:ascii="Cambria" w:hAnsi="Cambria" w:eastAsia="Arial" w:cs="Arial" w:asciiTheme="minorAscii" w:hAnsiTheme="minorAscii"/>
          <w:highlight w:val="white"/>
          <w:lang w:val="en-US"/>
        </w:rPr>
      </w:pPr>
    </w:p>
    <w:p w:rsidR="17432E7D" w:rsidP="17432E7D" w:rsidRDefault="17432E7D" w14:paraId="00E86D18" w14:textId="3E708BA6">
      <w:pPr>
        <w:pStyle w:val="ListParagraph"/>
        <w:numPr>
          <w:ilvl w:val="0"/>
          <w:numId w:val="1"/>
        </w:numPr>
        <w:rPr>
          <w:lang w:val="en-US"/>
        </w:rPr>
      </w:pPr>
      <w:r w:rsidRPr="044648B5" w:rsidR="4191DEAF">
        <w:rPr>
          <w:b w:val="1"/>
          <w:bCs w:val="1"/>
          <w:lang w:val="en-US"/>
        </w:rPr>
        <w:t>Promote office hours weekly</w:t>
      </w:r>
      <w:r w:rsidRPr="044648B5" w:rsidR="4191DEAF">
        <w:rPr>
          <w:lang w:val="en-US"/>
        </w:rPr>
        <w:t>, clarify contact information, and provide opportunities for extended guidance.</w:t>
      </w:r>
    </w:p>
    <w:p w:rsidR="6978F38B" w:rsidP="044648B5" w:rsidRDefault="6978F38B" w14:paraId="7FB84B22" w14:textId="4A4C3CEB">
      <w:pPr>
        <w:pStyle w:val="ListParagraph"/>
        <w:numPr>
          <w:ilvl w:val="0"/>
          <w:numId w:val="1"/>
        </w:numPr>
        <w:rPr>
          <w:b w:val="1"/>
          <w:bCs w:val="1"/>
          <w:lang w:val="en-US"/>
        </w:rPr>
      </w:pPr>
      <w:r w:rsidRPr="044648B5" w:rsidR="6978F38B">
        <w:rPr>
          <w:lang w:val="en-US"/>
        </w:rPr>
        <w:t xml:space="preserve">Respond to student questions in </w:t>
      </w:r>
      <w:r w:rsidRPr="044648B5" w:rsidR="6978F38B">
        <w:rPr>
          <w:b w:val="1"/>
          <w:bCs w:val="1"/>
          <w:lang w:val="en-US"/>
        </w:rPr>
        <w:t>Discussions</w:t>
      </w:r>
      <w:r w:rsidRPr="044648B5" w:rsidR="6978F38B">
        <w:rPr>
          <w:lang w:val="en-US"/>
        </w:rPr>
        <w:t xml:space="preserve">, </w:t>
      </w:r>
      <w:r w:rsidRPr="044648B5" w:rsidR="6978F38B">
        <w:rPr>
          <w:b w:val="1"/>
          <w:bCs w:val="1"/>
          <w:lang w:val="en-US"/>
        </w:rPr>
        <w:t>Announcements</w:t>
      </w:r>
      <w:r w:rsidRPr="044648B5" w:rsidR="6978F38B">
        <w:rPr>
          <w:lang w:val="en-US"/>
        </w:rPr>
        <w:t xml:space="preserve">, and </w:t>
      </w:r>
      <w:r w:rsidRPr="044648B5" w:rsidR="6978F38B">
        <w:rPr>
          <w:b w:val="1"/>
          <w:bCs w:val="1"/>
          <w:lang w:val="en-US"/>
        </w:rPr>
        <w:t>Speed Grader</w:t>
      </w:r>
    </w:p>
    <w:p w:rsidR="6978F38B" w:rsidP="044648B5" w:rsidRDefault="6978F38B" w14:paraId="2112951B" w14:textId="08EFC0C5">
      <w:pPr>
        <w:pStyle w:val="ListParagraph"/>
        <w:numPr>
          <w:ilvl w:val="0"/>
          <w:numId w:val="1"/>
        </w:numPr>
        <w:rPr>
          <w:b w:val="1"/>
          <w:bCs w:val="1"/>
          <w:lang w:val="en-US"/>
        </w:rPr>
      </w:pPr>
      <w:r w:rsidRPr="044648B5" w:rsidR="6978F38B">
        <w:rPr>
          <w:b w:val="0"/>
          <w:bCs w:val="0"/>
          <w:lang w:val="en-US"/>
        </w:rPr>
        <w:t>Provide</w:t>
      </w:r>
      <w:r w:rsidRPr="044648B5" w:rsidR="6978F38B">
        <w:rPr>
          <w:b w:val="1"/>
          <w:bCs w:val="1"/>
          <w:lang w:val="en-US"/>
        </w:rPr>
        <w:t xml:space="preserve"> self-assessment surveys</w:t>
      </w:r>
      <w:r w:rsidRPr="044648B5" w:rsidR="6978F38B">
        <w:rPr>
          <w:b w:val="0"/>
          <w:bCs w:val="0"/>
          <w:lang w:val="en-US"/>
        </w:rPr>
        <w:t xml:space="preserve"> or assignments through which you provide guiding feedback </w:t>
      </w:r>
    </w:p>
    <w:sectPr w:rsidR="17432E7D" w:rsidSect="00380C18">
      <w:pgSz w:w="15840" w:h="12240" w:orient="landscape"/>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w:fontKey="{507FAE84-1E60-4C05-831D-8E648D18ECFF}" r:id="rId1"/>
    <w:embedBold w:fontKey="{B725338E-4448-4054-9449-6E5AB51D41F3}" r:id="rId2"/>
    <w:embedItalic w:fontKey="{0D787AAF-A819-4D80-B9A5-14E7BBDF7A61}" r:id="rId3"/>
    <w:embedBoldItalic w:fontKey="{BD17260E-6A4A-47C5-B1BD-75DA52160302}" r:id="rId4"/>
  </w:font>
  <w:font w:name="Calibri">
    <w:panose1 w:val="020F0502020204030204"/>
    <w:charset w:val="00"/>
    <w:family w:val="swiss"/>
    <w:pitch w:val="variable"/>
    <w:sig w:usb0="E4002EFF" w:usb1="C200247B" w:usb2="00000009" w:usb3="00000000" w:csb0="000001FF" w:csb1="00000000"/>
    <w:embedRegular w:fontKey="{13952D6C-336C-4296-8282-6999248E92DD}" r:id="rId5"/>
    <w:embedBold w:fontKey="{08CC0240-F9E6-47AA-BEE7-E5EC3AACB1FD}" r:id="rId6"/>
    <w:embedItalic w:fontKey="{6BD9CF93-10A7-43BD-884E-5CE342585008}" r:id="rId7"/>
    <w:embedBoldItalic w:fontKey="{421CF923-0912-4FF3-A429-F441333FC482}" r:id="rId8"/>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2AB5B"/>
    <w:multiLevelType w:val="hybridMultilevel"/>
    <w:tmpl w:val="FFFFFFFF"/>
    <w:lvl w:ilvl="0" w:tplc="43ACB118">
      <w:start w:val="1"/>
      <w:numFmt w:val="bullet"/>
      <w:lvlText w:val=""/>
      <w:lvlJc w:val="left"/>
      <w:pPr>
        <w:ind w:left="720" w:hanging="360"/>
      </w:pPr>
      <w:rPr>
        <w:rFonts w:hint="default" w:ascii="Wingdings" w:hAnsi="Wingdings"/>
      </w:rPr>
    </w:lvl>
    <w:lvl w:ilvl="1" w:tplc="61C05D6E">
      <w:start w:val="1"/>
      <w:numFmt w:val="bullet"/>
      <w:lvlText w:val="o"/>
      <w:lvlJc w:val="left"/>
      <w:pPr>
        <w:ind w:left="1440" w:hanging="360"/>
      </w:pPr>
      <w:rPr>
        <w:rFonts w:hint="default" w:ascii="Courier New" w:hAnsi="Courier New"/>
      </w:rPr>
    </w:lvl>
    <w:lvl w:ilvl="2" w:tplc="9A3213C4">
      <w:start w:val="1"/>
      <w:numFmt w:val="bullet"/>
      <w:lvlText w:val=""/>
      <w:lvlJc w:val="left"/>
      <w:pPr>
        <w:ind w:left="2160" w:hanging="360"/>
      </w:pPr>
      <w:rPr>
        <w:rFonts w:hint="default" w:ascii="Wingdings" w:hAnsi="Wingdings"/>
      </w:rPr>
    </w:lvl>
    <w:lvl w:ilvl="3" w:tplc="BA4EC86E">
      <w:start w:val="1"/>
      <w:numFmt w:val="bullet"/>
      <w:lvlText w:val=""/>
      <w:lvlJc w:val="left"/>
      <w:pPr>
        <w:ind w:left="2880" w:hanging="360"/>
      </w:pPr>
      <w:rPr>
        <w:rFonts w:hint="default" w:ascii="Symbol" w:hAnsi="Symbol"/>
      </w:rPr>
    </w:lvl>
    <w:lvl w:ilvl="4" w:tplc="988CAB68">
      <w:start w:val="1"/>
      <w:numFmt w:val="bullet"/>
      <w:lvlText w:val="o"/>
      <w:lvlJc w:val="left"/>
      <w:pPr>
        <w:ind w:left="3600" w:hanging="360"/>
      </w:pPr>
      <w:rPr>
        <w:rFonts w:hint="default" w:ascii="Courier New" w:hAnsi="Courier New"/>
      </w:rPr>
    </w:lvl>
    <w:lvl w:ilvl="5" w:tplc="2CAC18A2">
      <w:start w:val="1"/>
      <w:numFmt w:val="bullet"/>
      <w:lvlText w:val=""/>
      <w:lvlJc w:val="left"/>
      <w:pPr>
        <w:ind w:left="4320" w:hanging="360"/>
      </w:pPr>
      <w:rPr>
        <w:rFonts w:hint="default" w:ascii="Wingdings" w:hAnsi="Wingdings"/>
      </w:rPr>
    </w:lvl>
    <w:lvl w:ilvl="6" w:tplc="4AD8AD3C">
      <w:start w:val="1"/>
      <w:numFmt w:val="bullet"/>
      <w:lvlText w:val=""/>
      <w:lvlJc w:val="left"/>
      <w:pPr>
        <w:ind w:left="5040" w:hanging="360"/>
      </w:pPr>
      <w:rPr>
        <w:rFonts w:hint="default" w:ascii="Symbol" w:hAnsi="Symbol"/>
      </w:rPr>
    </w:lvl>
    <w:lvl w:ilvl="7" w:tplc="518003E2">
      <w:start w:val="1"/>
      <w:numFmt w:val="bullet"/>
      <w:lvlText w:val="o"/>
      <w:lvlJc w:val="left"/>
      <w:pPr>
        <w:ind w:left="5760" w:hanging="360"/>
      </w:pPr>
      <w:rPr>
        <w:rFonts w:hint="default" w:ascii="Courier New" w:hAnsi="Courier New"/>
      </w:rPr>
    </w:lvl>
    <w:lvl w:ilvl="8" w:tplc="2C807028">
      <w:start w:val="1"/>
      <w:numFmt w:val="bullet"/>
      <w:lvlText w:val=""/>
      <w:lvlJc w:val="left"/>
      <w:pPr>
        <w:ind w:left="6480" w:hanging="360"/>
      </w:pPr>
      <w:rPr>
        <w:rFonts w:hint="default" w:ascii="Wingdings" w:hAnsi="Wingdings"/>
      </w:rPr>
    </w:lvl>
  </w:abstractNum>
  <w:abstractNum w:abstractNumId="1" w15:restartNumberingAfterBreak="0">
    <w:nsid w:val="11B8045F"/>
    <w:multiLevelType w:val="multilevel"/>
    <w:tmpl w:val="B15A4530"/>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BA1D93"/>
    <w:multiLevelType w:val="hybridMultilevel"/>
    <w:tmpl w:val="FFFFFFFF"/>
    <w:lvl w:ilvl="0" w:tplc="79D8FAA4">
      <w:start w:val="1"/>
      <w:numFmt w:val="bullet"/>
      <w:lvlText w:val=""/>
      <w:lvlJc w:val="left"/>
      <w:pPr>
        <w:ind w:left="720" w:hanging="360"/>
      </w:pPr>
      <w:rPr>
        <w:rFonts w:hint="default" w:ascii="Wingdings" w:hAnsi="Wingdings"/>
      </w:rPr>
    </w:lvl>
    <w:lvl w:ilvl="1" w:tplc="22580372">
      <w:start w:val="1"/>
      <w:numFmt w:val="bullet"/>
      <w:lvlText w:val="o"/>
      <w:lvlJc w:val="left"/>
      <w:pPr>
        <w:ind w:left="1440" w:hanging="360"/>
      </w:pPr>
      <w:rPr>
        <w:rFonts w:hint="default" w:ascii="Courier New" w:hAnsi="Courier New"/>
      </w:rPr>
    </w:lvl>
    <w:lvl w:ilvl="2" w:tplc="A4F611AE">
      <w:start w:val="1"/>
      <w:numFmt w:val="bullet"/>
      <w:lvlText w:val=""/>
      <w:lvlJc w:val="left"/>
      <w:pPr>
        <w:ind w:left="2160" w:hanging="360"/>
      </w:pPr>
      <w:rPr>
        <w:rFonts w:hint="default" w:ascii="Wingdings" w:hAnsi="Wingdings"/>
      </w:rPr>
    </w:lvl>
    <w:lvl w:ilvl="3" w:tplc="9D5082AA">
      <w:start w:val="1"/>
      <w:numFmt w:val="bullet"/>
      <w:lvlText w:val=""/>
      <w:lvlJc w:val="left"/>
      <w:pPr>
        <w:ind w:left="2880" w:hanging="360"/>
      </w:pPr>
      <w:rPr>
        <w:rFonts w:hint="default" w:ascii="Symbol" w:hAnsi="Symbol"/>
      </w:rPr>
    </w:lvl>
    <w:lvl w:ilvl="4" w:tplc="3EE0A90A">
      <w:start w:val="1"/>
      <w:numFmt w:val="bullet"/>
      <w:lvlText w:val="o"/>
      <w:lvlJc w:val="left"/>
      <w:pPr>
        <w:ind w:left="3600" w:hanging="360"/>
      </w:pPr>
      <w:rPr>
        <w:rFonts w:hint="default" w:ascii="Courier New" w:hAnsi="Courier New"/>
      </w:rPr>
    </w:lvl>
    <w:lvl w:ilvl="5" w:tplc="7C50A8D8">
      <w:start w:val="1"/>
      <w:numFmt w:val="bullet"/>
      <w:lvlText w:val=""/>
      <w:lvlJc w:val="left"/>
      <w:pPr>
        <w:ind w:left="4320" w:hanging="360"/>
      </w:pPr>
      <w:rPr>
        <w:rFonts w:hint="default" w:ascii="Wingdings" w:hAnsi="Wingdings"/>
      </w:rPr>
    </w:lvl>
    <w:lvl w:ilvl="6" w:tplc="009CA604">
      <w:start w:val="1"/>
      <w:numFmt w:val="bullet"/>
      <w:lvlText w:val=""/>
      <w:lvlJc w:val="left"/>
      <w:pPr>
        <w:ind w:left="5040" w:hanging="360"/>
      </w:pPr>
      <w:rPr>
        <w:rFonts w:hint="default" w:ascii="Symbol" w:hAnsi="Symbol"/>
      </w:rPr>
    </w:lvl>
    <w:lvl w:ilvl="7" w:tplc="88F22774">
      <w:start w:val="1"/>
      <w:numFmt w:val="bullet"/>
      <w:lvlText w:val="o"/>
      <w:lvlJc w:val="left"/>
      <w:pPr>
        <w:ind w:left="5760" w:hanging="360"/>
      </w:pPr>
      <w:rPr>
        <w:rFonts w:hint="default" w:ascii="Courier New" w:hAnsi="Courier New"/>
      </w:rPr>
    </w:lvl>
    <w:lvl w:ilvl="8" w:tplc="0290A468">
      <w:start w:val="1"/>
      <w:numFmt w:val="bullet"/>
      <w:lvlText w:val=""/>
      <w:lvlJc w:val="left"/>
      <w:pPr>
        <w:ind w:left="6480" w:hanging="360"/>
      </w:pPr>
      <w:rPr>
        <w:rFonts w:hint="default" w:ascii="Wingdings" w:hAnsi="Wingdings"/>
      </w:rPr>
    </w:lvl>
  </w:abstractNum>
  <w:abstractNum w:abstractNumId="3" w15:restartNumberingAfterBreak="0">
    <w:nsid w:val="2088268C"/>
    <w:multiLevelType w:val="multilevel"/>
    <w:tmpl w:val="EB9A340E"/>
    <w:lvl w:ilvl="0">
      <w:start w:val="1"/>
      <w:numFmt w:val="bullet"/>
      <w:pStyle w:val="ListBullet3"/>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818423B"/>
    <w:multiLevelType w:val="hybridMultilevel"/>
    <w:tmpl w:val="FFFFFFFF"/>
    <w:lvl w:ilvl="0" w:tplc="4920C3FC">
      <w:start w:val="1"/>
      <w:numFmt w:val="bullet"/>
      <w:lvlText w:val=""/>
      <w:lvlJc w:val="left"/>
      <w:pPr>
        <w:ind w:left="720" w:hanging="360"/>
      </w:pPr>
      <w:rPr>
        <w:rFonts w:hint="default" w:ascii="Wingdings" w:hAnsi="Wingdings"/>
      </w:rPr>
    </w:lvl>
    <w:lvl w:ilvl="1" w:tplc="54A6F976">
      <w:start w:val="1"/>
      <w:numFmt w:val="bullet"/>
      <w:lvlText w:val="o"/>
      <w:lvlJc w:val="left"/>
      <w:pPr>
        <w:ind w:left="1440" w:hanging="360"/>
      </w:pPr>
      <w:rPr>
        <w:rFonts w:hint="default" w:ascii="Courier New" w:hAnsi="Courier New"/>
      </w:rPr>
    </w:lvl>
    <w:lvl w:ilvl="2" w:tplc="BE485684">
      <w:start w:val="1"/>
      <w:numFmt w:val="bullet"/>
      <w:lvlText w:val=""/>
      <w:lvlJc w:val="left"/>
      <w:pPr>
        <w:ind w:left="2160" w:hanging="360"/>
      </w:pPr>
      <w:rPr>
        <w:rFonts w:hint="default" w:ascii="Wingdings" w:hAnsi="Wingdings"/>
      </w:rPr>
    </w:lvl>
    <w:lvl w:ilvl="3" w:tplc="8AE62AE4">
      <w:start w:val="1"/>
      <w:numFmt w:val="bullet"/>
      <w:lvlText w:val=""/>
      <w:lvlJc w:val="left"/>
      <w:pPr>
        <w:ind w:left="2880" w:hanging="360"/>
      </w:pPr>
      <w:rPr>
        <w:rFonts w:hint="default" w:ascii="Symbol" w:hAnsi="Symbol"/>
      </w:rPr>
    </w:lvl>
    <w:lvl w:ilvl="4" w:tplc="EB187F9C">
      <w:start w:val="1"/>
      <w:numFmt w:val="bullet"/>
      <w:lvlText w:val="o"/>
      <w:lvlJc w:val="left"/>
      <w:pPr>
        <w:ind w:left="3600" w:hanging="360"/>
      </w:pPr>
      <w:rPr>
        <w:rFonts w:hint="default" w:ascii="Courier New" w:hAnsi="Courier New"/>
      </w:rPr>
    </w:lvl>
    <w:lvl w:ilvl="5" w:tplc="EA0A0AC6">
      <w:start w:val="1"/>
      <w:numFmt w:val="bullet"/>
      <w:lvlText w:val=""/>
      <w:lvlJc w:val="left"/>
      <w:pPr>
        <w:ind w:left="4320" w:hanging="360"/>
      </w:pPr>
      <w:rPr>
        <w:rFonts w:hint="default" w:ascii="Wingdings" w:hAnsi="Wingdings"/>
      </w:rPr>
    </w:lvl>
    <w:lvl w:ilvl="6" w:tplc="878A4030">
      <w:start w:val="1"/>
      <w:numFmt w:val="bullet"/>
      <w:lvlText w:val=""/>
      <w:lvlJc w:val="left"/>
      <w:pPr>
        <w:ind w:left="5040" w:hanging="360"/>
      </w:pPr>
      <w:rPr>
        <w:rFonts w:hint="default" w:ascii="Symbol" w:hAnsi="Symbol"/>
      </w:rPr>
    </w:lvl>
    <w:lvl w:ilvl="7" w:tplc="E66E9158">
      <w:start w:val="1"/>
      <w:numFmt w:val="bullet"/>
      <w:lvlText w:val="o"/>
      <w:lvlJc w:val="left"/>
      <w:pPr>
        <w:ind w:left="5760" w:hanging="360"/>
      </w:pPr>
      <w:rPr>
        <w:rFonts w:hint="default" w:ascii="Courier New" w:hAnsi="Courier New"/>
      </w:rPr>
    </w:lvl>
    <w:lvl w:ilvl="8" w:tplc="74A8B05A">
      <w:start w:val="1"/>
      <w:numFmt w:val="bullet"/>
      <w:lvlText w:val=""/>
      <w:lvlJc w:val="left"/>
      <w:pPr>
        <w:ind w:left="6480" w:hanging="360"/>
      </w:pPr>
      <w:rPr>
        <w:rFonts w:hint="default" w:ascii="Wingdings" w:hAnsi="Wingdings"/>
      </w:rPr>
    </w:lvl>
  </w:abstractNum>
  <w:abstractNum w:abstractNumId="5" w15:restartNumberingAfterBreak="0">
    <w:nsid w:val="30AB5555"/>
    <w:multiLevelType w:val="multilevel"/>
    <w:tmpl w:val="B6706B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432640D8"/>
    <w:multiLevelType w:val="multilevel"/>
    <w:tmpl w:val="49A0CCCA"/>
    <w:lvl w:ilvl="0">
      <w:start w:val="1"/>
      <w:numFmt w:val="bullet"/>
      <w:lvlText w:val=""/>
      <w:lvlJc w:val="left"/>
      <w:pPr>
        <w:ind w:left="1440" w:hanging="360"/>
      </w:pPr>
      <w:rPr>
        <w:rFonts w:hint="default" w:ascii="Courier New" w:hAnsi="Courier New"/>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9451F7D"/>
    <w:multiLevelType w:val="multilevel"/>
    <w:tmpl w:val="6EB22D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4C32C505"/>
    <w:multiLevelType w:val="hybridMultilevel"/>
    <w:tmpl w:val="FFFFFFFF"/>
    <w:lvl w:ilvl="0" w:tplc="0C045C44">
      <w:start w:val="1"/>
      <w:numFmt w:val="bullet"/>
      <w:lvlText w:val=""/>
      <w:lvlJc w:val="left"/>
      <w:pPr>
        <w:ind w:left="720" w:hanging="360"/>
      </w:pPr>
      <w:rPr>
        <w:rFonts w:hint="default" w:ascii="Wingdings" w:hAnsi="Wingdings"/>
      </w:rPr>
    </w:lvl>
    <w:lvl w:ilvl="1" w:tplc="0C8CC532">
      <w:start w:val="1"/>
      <w:numFmt w:val="bullet"/>
      <w:lvlText w:val="o"/>
      <w:lvlJc w:val="left"/>
      <w:pPr>
        <w:ind w:left="1440" w:hanging="360"/>
      </w:pPr>
      <w:rPr>
        <w:rFonts w:hint="default" w:ascii="Courier New" w:hAnsi="Courier New"/>
      </w:rPr>
    </w:lvl>
    <w:lvl w:ilvl="2" w:tplc="9CD4DB30">
      <w:start w:val="1"/>
      <w:numFmt w:val="bullet"/>
      <w:lvlText w:val=""/>
      <w:lvlJc w:val="left"/>
      <w:pPr>
        <w:ind w:left="2160" w:hanging="360"/>
      </w:pPr>
      <w:rPr>
        <w:rFonts w:hint="default" w:ascii="Wingdings" w:hAnsi="Wingdings"/>
      </w:rPr>
    </w:lvl>
    <w:lvl w:ilvl="3" w:tplc="38964B34">
      <w:start w:val="1"/>
      <w:numFmt w:val="bullet"/>
      <w:lvlText w:val=""/>
      <w:lvlJc w:val="left"/>
      <w:pPr>
        <w:ind w:left="2880" w:hanging="360"/>
      </w:pPr>
      <w:rPr>
        <w:rFonts w:hint="default" w:ascii="Symbol" w:hAnsi="Symbol"/>
      </w:rPr>
    </w:lvl>
    <w:lvl w:ilvl="4" w:tplc="73D2A440">
      <w:start w:val="1"/>
      <w:numFmt w:val="bullet"/>
      <w:lvlText w:val="o"/>
      <w:lvlJc w:val="left"/>
      <w:pPr>
        <w:ind w:left="3600" w:hanging="360"/>
      </w:pPr>
      <w:rPr>
        <w:rFonts w:hint="default" w:ascii="Courier New" w:hAnsi="Courier New"/>
      </w:rPr>
    </w:lvl>
    <w:lvl w:ilvl="5" w:tplc="A8C062BA">
      <w:start w:val="1"/>
      <w:numFmt w:val="bullet"/>
      <w:lvlText w:val=""/>
      <w:lvlJc w:val="left"/>
      <w:pPr>
        <w:ind w:left="4320" w:hanging="360"/>
      </w:pPr>
      <w:rPr>
        <w:rFonts w:hint="default" w:ascii="Wingdings" w:hAnsi="Wingdings"/>
      </w:rPr>
    </w:lvl>
    <w:lvl w:ilvl="6" w:tplc="FB06DF62">
      <w:start w:val="1"/>
      <w:numFmt w:val="bullet"/>
      <w:lvlText w:val=""/>
      <w:lvlJc w:val="left"/>
      <w:pPr>
        <w:ind w:left="5040" w:hanging="360"/>
      </w:pPr>
      <w:rPr>
        <w:rFonts w:hint="default" w:ascii="Symbol" w:hAnsi="Symbol"/>
      </w:rPr>
    </w:lvl>
    <w:lvl w:ilvl="7" w:tplc="43547A66">
      <w:start w:val="1"/>
      <w:numFmt w:val="bullet"/>
      <w:lvlText w:val="o"/>
      <w:lvlJc w:val="left"/>
      <w:pPr>
        <w:ind w:left="5760" w:hanging="360"/>
      </w:pPr>
      <w:rPr>
        <w:rFonts w:hint="default" w:ascii="Courier New" w:hAnsi="Courier New"/>
      </w:rPr>
    </w:lvl>
    <w:lvl w:ilvl="8" w:tplc="1388CC44">
      <w:start w:val="1"/>
      <w:numFmt w:val="bullet"/>
      <w:lvlText w:val=""/>
      <w:lvlJc w:val="left"/>
      <w:pPr>
        <w:ind w:left="6480" w:hanging="360"/>
      </w:pPr>
      <w:rPr>
        <w:rFonts w:hint="default" w:ascii="Wingdings" w:hAnsi="Wingdings"/>
      </w:rPr>
    </w:lvl>
  </w:abstractNum>
  <w:abstractNum w:abstractNumId="9" w15:restartNumberingAfterBreak="0">
    <w:nsid w:val="4C5A55C6"/>
    <w:multiLevelType w:val="multilevel"/>
    <w:tmpl w:val="CF36E230"/>
    <w:lvl w:ilvl="0">
      <w:start w:val="1"/>
      <w:numFmt w:val="bullet"/>
      <w:lvlText w:val=""/>
      <w:lvlJc w:val="left"/>
      <w:pPr>
        <w:ind w:left="720" w:hanging="360"/>
      </w:pPr>
      <w:rPr>
        <w:rFonts w:hint="default" w:ascii="Courier New" w:hAnsi="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EC21E6"/>
    <w:multiLevelType w:val="multilevel"/>
    <w:tmpl w:val="89E0DA22"/>
    <w:lvl w:ilvl="0">
      <w:start w:val="1"/>
      <w:numFmt w:val="bullet"/>
      <w:lvlText w:val=""/>
      <w:lvlJc w:val="left"/>
      <w:pPr>
        <w:ind w:left="720" w:hanging="360"/>
      </w:pPr>
      <w:rPr>
        <w:rFonts w:hint="default" w:ascii="Courier New" w:hAnsi="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6D0CBF"/>
    <w:multiLevelType w:val="multilevel"/>
    <w:tmpl w:val="64F485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D537AE8"/>
    <w:multiLevelType w:val="multilevel"/>
    <w:tmpl w:val="EC8692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88C4490"/>
    <w:multiLevelType w:val="hybridMultilevel"/>
    <w:tmpl w:val="FFFFFFFF"/>
    <w:lvl w:ilvl="0" w:tplc="FBD6FF96">
      <w:start w:val="1"/>
      <w:numFmt w:val="bullet"/>
      <w:lvlText w:val=""/>
      <w:lvlJc w:val="left"/>
      <w:pPr>
        <w:ind w:left="720" w:hanging="360"/>
      </w:pPr>
      <w:rPr>
        <w:rFonts w:hint="default" w:ascii="Wingdings" w:hAnsi="Wingdings"/>
      </w:rPr>
    </w:lvl>
    <w:lvl w:ilvl="1" w:tplc="E7AEB5A2">
      <w:start w:val="1"/>
      <w:numFmt w:val="bullet"/>
      <w:lvlText w:val="o"/>
      <w:lvlJc w:val="left"/>
      <w:pPr>
        <w:ind w:left="1440" w:hanging="360"/>
      </w:pPr>
      <w:rPr>
        <w:rFonts w:hint="default" w:ascii="Courier New" w:hAnsi="Courier New"/>
      </w:rPr>
    </w:lvl>
    <w:lvl w:ilvl="2" w:tplc="AE2A1288">
      <w:start w:val="1"/>
      <w:numFmt w:val="bullet"/>
      <w:lvlText w:val=""/>
      <w:lvlJc w:val="left"/>
      <w:pPr>
        <w:ind w:left="2160" w:hanging="360"/>
      </w:pPr>
      <w:rPr>
        <w:rFonts w:hint="default" w:ascii="Wingdings" w:hAnsi="Wingdings"/>
      </w:rPr>
    </w:lvl>
    <w:lvl w:ilvl="3" w:tplc="28802378">
      <w:start w:val="1"/>
      <w:numFmt w:val="bullet"/>
      <w:lvlText w:val=""/>
      <w:lvlJc w:val="left"/>
      <w:pPr>
        <w:ind w:left="2880" w:hanging="360"/>
      </w:pPr>
      <w:rPr>
        <w:rFonts w:hint="default" w:ascii="Symbol" w:hAnsi="Symbol"/>
      </w:rPr>
    </w:lvl>
    <w:lvl w:ilvl="4" w:tplc="0486F438">
      <w:start w:val="1"/>
      <w:numFmt w:val="bullet"/>
      <w:lvlText w:val="o"/>
      <w:lvlJc w:val="left"/>
      <w:pPr>
        <w:ind w:left="3600" w:hanging="360"/>
      </w:pPr>
      <w:rPr>
        <w:rFonts w:hint="default" w:ascii="Courier New" w:hAnsi="Courier New"/>
      </w:rPr>
    </w:lvl>
    <w:lvl w:ilvl="5" w:tplc="D160029C">
      <w:start w:val="1"/>
      <w:numFmt w:val="bullet"/>
      <w:lvlText w:val=""/>
      <w:lvlJc w:val="left"/>
      <w:pPr>
        <w:ind w:left="4320" w:hanging="360"/>
      </w:pPr>
      <w:rPr>
        <w:rFonts w:hint="default" w:ascii="Wingdings" w:hAnsi="Wingdings"/>
      </w:rPr>
    </w:lvl>
    <w:lvl w:ilvl="6" w:tplc="6C044100">
      <w:start w:val="1"/>
      <w:numFmt w:val="bullet"/>
      <w:lvlText w:val=""/>
      <w:lvlJc w:val="left"/>
      <w:pPr>
        <w:ind w:left="5040" w:hanging="360"/>
      </w:pPr>
      <w:rPr>
        <w:rFonts w:hint="default" w:ascii="Symbol" w:hAnsi="Symbol"/>
      </w:rPr>
    </w:lvl>
    <w:lvl w:ilvl="7" w:tplc="1F0A2BC8">
      <w:start w:val="1"/>
      <w:numFmt w:val="bullet"/>
      <w:lvlText w:val="o"/>
      <w:lvlJc w:val="left"/>
      <w:pPr>
        <w:ind w:left="5760" w:hanging="360"/>
      </w:pPr>
      <w:rPr>
        <w:rFonts w:hint="default" w:ascii="Courier New" w:hAnsi="Courier New"/>
      </w:rPr>
    </w:lvl>
    <w:lvl w:ilvl="8" w:tplc="F72E416A">
      <w:start w:val="1"/>
      <w:numFmt w:val="bullet"/>
      <w:lvlText w:val=""/>
      <w:lvlJc w:val="left"/>
      <w:pPr>
        <w:ind w:left="6480" w:hanging="360"/>
      </w:pPr>
      <w:rPr>
        <w:rFonts w:hint="default" w:ascii="Wingdings" w:hAnsi="Wingdings"/>
      </w:rPr>
    </w:lvl>
  </w:abstractNum>
  <w:abstractNum w:abstractNumId="14" w15:restartNumberingAfterBreak="0">
    <w:nsid w:val="6D220903"/>
    <w:multiLevelType w:val="multilevel"/>
    <w:tmpl w:val="DA966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2F03FC8"/>
    <w:multiLevelType w:val="hybridMultilevel"/>
    <w:tmpl w:val="FFFFFFFF"/>
    <w:lvl w:ilvl="0" w:tplc="27400B48">
      <w:start w:val="1"/>
      <w:numFmt w:val="bullet"/>
      <w:lvlText w:val=""/>
      <w:lvlJc w:val="left"/>
      <w:pPr>
        <w:ind w:left="720" w:hanging="360"/>
      </w:pPr>
      <w:rPr>
        <w:rFonts w:hint="default" w:ascii="Wingdings" w:hAnsi="Wingdings"/>
      </w:rPr>
    </w:lvl>
    <w:lvl w:ilvl="1" w:tplc="232A52B4">
      <w:start w:val="1"/>
      <w:numFmt w:val="bullet"/>
      <w:lvlText w:val="o"/>
      <w:lvlJc w:val="left"/>
      <w:pPr>
        <w:ind w:left="1440" w:hanging="360"/>
      </w:pPr>
      <w:rPr>
        <w:rFonts w:hint="default" w:ascii="Courier New" w:hAnsi="Courier New"/>
      </w:rPr>
    </w:lvl>
    <w:lvl w:ilvl="2" w:tplc="4D8C79CC">
      <w:start w:val="1"/>
      <w:numFmt w:val="bullet"/>
      <w:lvlText w:val=""/>
      <w:lvlJc w:val="left"/>
      <w:pPr>
        <w:ind w:left="2160" w:hanging="360"/>
      </w:pPr>
      <w:rPr>
        <w:rFonts w:hint="default" w:ascii="Wingdings" w:hAnsi="Wingdings"/>
      </w:rPr>
    </w:lvl>
    <w:lvl w:ilvl="3" w:tplc="237EF486">
      <w:start w:val="1"/>
      <w:numFmt w:val="bullet"/>
      <w:lvlText w:val=""/>
      <w:lvlJc w:val="left"/>
      <w:pPr>
        <w:ind w:left="2880" w:hanging="360"/>
      </w:pPr>
      <w:rPr>
        <w:rFonts w:hint="default" w:ascii="Symbol" w:hAnsi="Symbol"/>
      </w:rPr>
    </w:lvl>
    <w:lvl w:ilvl="4" w:tplc="51603B90">
      <w:start w:val="1"/>
      <w:numFmt w:val="bullet"/>
      <w:lvlText w:val="o"/>
      <w:lvlJc w:val="left"/>
      <w:pPr>
        <w:ind w:left="3600" w:hanging="360"/>
      </w:pPr>
      <w:rPr>
        <w:rFonts w:hint="default" w:ascii="Courier New" w:hAnsi="Courier New"/>
      </w:rPr>
    </w:lvl>
    <w:lvl w:ilvl="5" w:tplc="5404998E">
      <w:start w:val="1"/>
      <w:numFmt w:val="bullet"/>
      <w:lvlText w:val=""/>
      <w:lvlJc w:val="left"/>
      <w:pPr>
        <w:ind w:left="4320" w:hanging="360"/>
      </w:pPr>
      <w:rPr>
        <w:rFonts w:hint="default" w:ascii="Wingdings" w:hAnsi="Wingdings"/>
      </w:rPr>
    </w:lvl>
    <w:lvl w:ilvl="6" w:tplc="6AD613A2">
      <w:start w:val="1"/>
      <w:numFmt w:val="bullet"/>
      <w:lvlText w:val=""/>
      <w:lvlJc w:val="left"/>
      <w:pPr>
        <w:ind w:left="5040" w:hanging="360"/>
      </w:pPr>
      <w:rPr>
        <w:rFonts w:hint="default" w:ascii="Symbol" w:hAnsi="Symbol"/>
      </w:rPr>
    </w:lvl>
    <w:lvl w:ilvl="7" w:tplc="84621B7E">
      <w:start w:val="1"/>
      <w:numFmt w:val="bullet"/>
      <w:lvlText w:val="o"/>
      <w:lvlJc w:val="left"/>
      <w:pPr>
        <w:ind w:left="5760" w:hanging="360"/>
      </w:pPr>
      <w:rPr>
        <w:rFonts w:hint="default" w:ascii="Courier New" w:hAnsi="Courier New"/>
      </w:rPr>
    </w:lvl>
    <w:lvl w:ilvl="8" w:tplc="F27ADB20">
      <w:start w:val="1"/>
      <w:numFmt w:val="bullet"/>
      <w:lvlText w:val=""/>
      <w:lvlJc w:val="left"/>
      <w:pPr>
        <w:ind w:left="6480" w:hanging="360"/>
      </w:pPr>
      <w:rPr>
        <w:rFonts w:hint="default" w:ascii="Wingdings" w:hAnsi="Wingdings"/>
      </w:rPr>
    </w:lvl>
  </w:abstractNum>
  <w:abstractNum w:abstractNumId="16" w15:restartNumberingAfterBreak="0">
    <w:nsid w:val="772F29AF"/>
    <w:multiLevelType w:val="multilevel"/>
    <w:tmpl w:val="C5E0D768"/>
    <w:lvl w:ilvl="0">
      <w:start w:val="1"/>
      <w:numFmt w:val="bullet"/>
      <w:pStyle w:val="ListBullet"/>
      <w:lvlText w:val=""/>
      <w:lvlJc w:val="left"/>
      <w:pPr>
        <w:ind w:left="720" w:hanging="360"/>
      </w:pPr>
      <w:rPr>
        <w:rFonts w:hint="default" w:ascii="Courier New" w:hAnsi="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9419710">
    <w:abstractNumId w:val="0"/>
  </w:num>
  <w:num w:numId="2" w16cid:durableId="1861434950">
    <w:abstractNumId w:val="13"/>
  </w:num>
  <w:num w:numId="3" w16cid:durableId="2028869220">
    <w:abstractNumId w:val="4"/>
  </w:num>
  <w:num w:numId="4" w16cid:durableId="571238752">
    <w:abstractNumId w:val="15"/>
  </w:num>
  <w:num w:numId="5" w16cid:durableId="1577395333">
    <w:abstractNumId w:val="2"/>
  </w:num>
  <w:num w:numId="6" w16cid:durableId="2035842238">
    <w:abstractNumId w:val="8"/>
  </w:num>
  <w:num w:numId="7" w16cid:durableId="1459909505">
    <w:abstractNumId w:val="16"/>
  </w:num>
  <w:num w:numId="8" w16cid:durableId="2108381166">
    <w:abstractNumId w:val="9"/>
  </w:num>
  <w:num w:numId="9" w16cid:durableId="576594247">
    <w:abstractNumId w:val="3"/>
  </w:num>
  <w:num w:numId="10" w16cid:durableId="1661494460">
    <w:abstractNumId w:val="1"/>
  </w:num>
  <w:num w:numId="11" w16cid:durableId="11065798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6276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0155451">
    <w:abstractNumId w:val="10"/>
  </w:num>
  <w:num w:numId="14" w16cid:durableId="2053070897">
    <w:abstractNumId w:val="7"/>
  </w:num>
  <w:num w:numId="15" w16cid:durableId="1626934511">
    <w:abstractNumId w:val="12"/>
  </w:num>
  <w:num w:numId="16" w16cid:durableId="233901273">
    <w:abstractNumId w:val="14"/>
  </w:num>
  <w:num w:numId="17" w16cid:durableId="1924071502">
    <w:abstractNumId w:val="11"/>
  </w:num>
  <w:num w:numId="18" w16cid:durableId="644162086">
    <w:abstractNumId w:val="5"/>
  </w:num>
  <w:num w:numId="19" w16cid:durableId="1662586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7E"/>
    <w:rsid w:val="00380C18"/>
    <w:rsid w:val="00673E96"/>
    <w:rsid w:val="008E6A42"/>
    <w:rsid w:val="00CB38F2"/>
    <w:rsid w:val="00DA3FE4"/>
    <w:rsid w:val="00DA7BFB"/>
    <w:rsid w:val="00DD2E76"/>
    <w:rsid w:val="00DD787E"/>
    <w:rsid w:val="00E056B0"/>
    <w:rsid w:val="00F40458"/>
    <w:rsid w:val="0150D131"/>
    <w:rsid w:val="01BB0767"/>
    <w:rsid w:val="01BB0767"/>
    <w:rsid w:val="01BFDD9B"/>
    <w:rsid w:val="02C94105"/>
    <w:rsid w:val="02CF00CD"/>
    <w:rsid w:val="0362CD7A"/>
    <w:rsid w:val="03BC6748"/>
    <w:rsid w:val="03D6DA99"/>
    <w:rsid w:val="03FDAFB8"/>
    <w:rsid w:val="044648B5"/>
    <w:rsid w:val="04552B64"/>
    <w:rsid w:val="04552B64"/>
    <w:rsid w:val="04D7E266"/>
    <w:rsid w:val="04FF739F"/>
    <w:rsid w:val="05166687"/>
    <w:rsid w:val="05219CBB"/>
    <w:rsid w:val="05477B46"/>
    <w:rsid w:val="069A92F9"/>
    <w:rsid w:val="069C2A2D"/>
    <w:rsid w:val="0721B349"/>
    <w:rsid w:val="07AEF284"/>
    <w:rsid w:val="07FDCA8C"/>
    <w:rsid w:val="085E0588"/>
    <w:rsid w:val="08BEBBEF"/>
    <w:rsid w:val="08CD1075"/>
    <w:rsid w:val="08D91B80"/>
    <w:rsid w:val="09575169"/>
    <w:rsid w:val="09A8A934"/>
    <w:rsid w:val="09CEA999"/>
    <w:rsid w:val="0A20E2FC"/>
    <w:rsid w:val="0A52B7B9"/>
    <w:rsid w:val="0A820BB0"/>
    <w:rsid w:val="0B909050"/>
    <w:rsid w:val="0C7029F7"/>
    <w:rsid w:val="0CF091B1"/>
    <w:rsid w:val="0D5D80C0"/>
    <w:rsid w:val="0D9B9421"/>
    <w:rsid w:val="0DF2C2ED"/>
    <w:rsid w:val="0DF2C2ED"/>
    <w:rsid w:val="0DF64E3E"/>
    <w:rsid w:val="0DF6F563"/>
    <w:rsid w:val="0E0A5E7A"/>
    <w:rsid w:val="0E1CB548"/>
    <w:rsid w:val="0E200DD6"/>
    <w:rsid w:val="0ED5C5CB"/>
    <w:rsid w:val="1012D2D9"/>
    <w:rsid w:val="105B902A"/>
    <w:rsid w:val="10771321"/>
    <w:rsid w:val="10867D5A"/>
    <w:rsid w:val="10E3466C"/>
    <w:rsid w:val="11399FB1"/>
    <w:rsid w:val="11E64F48"/>
    <w:rsid w:val="137BC1C8"/>
    <w:rsid w:val="1531857A"/>
    <w:rsid w:val="1564F504"/>
    <w:rsid w:val="159C2D94"/>
    <w:rsid w:val="16687F0A"/>
    <w:rsid w:val="166A975E"/>
    <w:rsid w:val="17432E7D"/>
    <w:rsid w:val="182EA554"/>
    <w:rsid w:val="182EA554"/>
    <w:rsid w:val="1913FA59"/>
    <w:rsid w:val="199808FD"/>
    <w:rsid w:val="19AE989C"/>
    <w:rsid w:val="1A154A44"/>
    <w:rsid w:val="1C1B9C40"/>
    <w:rsid w:val="1D18E2E9"/>
    <w:rsid w:val="1D420122"/>
    <w:rsid w:val="1D454043"/>
    <w:rsid w:val="1DEEF734"/>
    <w:rsid w:val="1DF913A5"/>
    <w:rsid w:val="1EE1E245"/>
    <w:rsid w:val="1F519A00"/>
    <w:rsid w:val="1F74C5A3"/>
    <w:rsid w:val="207B7242"/>
    <w:rsid w:val="2166B767"/>
    <w:rsid w:val="216AA476"/>
    <w:rsid w:val="217B1EED"/>
    <w:rsid w:val="218BF8B9"/>
    <w:rsid w:val="22172EB4"/>
    <w:rsid w:val="22DF10F6"/>
    <w:rsid w:val="238399C2"/>
    <w:rsid w:val="23EDACF6"/>
    <w:rsid w:val="242AAB35"/>
    <w:rsid w:val="2474292A"/>
    <w:rsid w:val="249FCF04"/>
    <w:rsid w:val="24A12F50"/>
    <w:rsid w:val="24ECBF2D"/>
    <w:rsid w:val="2553CA8C"/>
    <w:rsid w:val="257635E2"/>
    <w:rsid w:val="258DCC58"/>
    <w:rsid w:val="25D3375D"/>
    <w:rsid w:val="262E9FEB"/>
    <w:rsid w:val="270A3CE9"/>
    <w:rsid w:val="271D6CCD"/>
    <w:rsid w:val="2754E7D0"/>
    <w:rsid w:val="275EA69B"/>
    <w:rsid w:val="278533FB"/>
    <w:rsid w:val="27B2D2A6"/>
    <w:rsid w:val="27BF5715"/>
    <w:rsid w:val="27EB8C54"/>
    <w:rsid w:val="285EE09A"/>
    <w:rsid w:val="28ADC78A"/>
    <w:rsid w:val="28F5112D"/>
    <w:rsid w:val="29101A0D"/>
    <w:rsid w:val="29247C41"/>
    <w:rsid w:val="2942B824"/>
    <w:rsid w:val="296B5696"/>
    <w:rsid w:val="2984C802"/>
    <w:rsid w:val="2A03CA85"/>
    <w:rsid w:val="2BB78D96"/>
    <w:rsid w:val="2BDFAD7D"/>
    <w:rsid w:val="2BF6F854"/>
    <w:rsid w:val="2C02AB1C"/>
    <w:rsid w:val="2C287412"/>
    <w:rsid w:val="2C3C6BD5"/>
    <w:rsid w:val="2C91352A"/>
    <w:rsid w:val="2CA4AD59"/>
    <w:rsid w:val="2D2A4998"/>
    <w:rsid w:val="2D5EFFFB"/>
    <w:rsid w:val="2DD1193F"/>
    <w:rsid w:val="2DE8B4A7"/>
    <w:rsid w:val="2DEFF72E"/>
    <w:rsid w:val="2E243CDB"/>
    <w:rsid w:val="2E767E2C"/>
    <w:rsid w:val="2FA9E5F7"/>
    <w:rsid w:val="30471C78"/>
    <w:rsid w:val="305B8888"/>
    <w:rsid w:val="3092D65E"/>
    <w:rsid w:val="30F90DBF"/>
    <w:rsid w:val="31A5C281"/>
    <w:rsid w:val="31A77F15"/>
    <w:rsid w:val="32201051"/>
    <w:rsid w:val="32BB001F"/>
    <w:rsid w:val="32F512C4"/>
    <w:rsid w:val="33AC0AA7"/>
    <w:rsid w:val="34E9C173"/>
    <w:rsid w:val="34EE79B0"/>
    <w:rsid w:val="350BBBB8"/>
    <w:rsid w:val="3654D840"/>
    <w:rsid w:val="378327F3"/>
    <w:rsid w:val="37BA5EEC"/>
    <w:rsid w:val="383D5A74"/>
    <w:rsid w:val="39000479"/>
    <w:rsid w:val="397729A6"/>
    <w:rsid w:val="39AA790B"/>
    <w:rsid w:val="39AA790B"/>
    <w:rsid w:val="3A1C58CF"/>
    <w:rsid w:val="3A3FA69B"/>
    <w:rsid w:val="3ABC0212"/>
    <w:rsid w:val="3AC993C5"/>
    <w:rsid w:val="3AF44E50"/>
    <w:rsid w:val="3B1DB8F5"/>
    <w:rsid w:val="3B35B049"/>
    <w:rsid w:val="3B7DCCC0"/>
    <w:rsid w:val="3CE863F0"/>
    <w:rsid w:val="3D015AB8"/>
    <w:rsid w:val="3D0AF1DF"/>
    <w:rsid w:val="3D0C2EE3"/>
    <w:rsid w:val="3D563C0C"/>
    <w:rsid w:val="3D5A192F"/>
    <w:rsid w:val="3D5A5E67"/>
    <w:rsid w:val="3D8DD4C0"/>
    <w:rsid w:val="3E767E25"/>
    <w:rsid w:val="3EF69A8A"/>
    <w:rsid w:val="3F285FDA"/>
    <w:rsid w:val="3F2D6841"/>
    <w:rsid w:val="3F5E6F20"/>
    <w:rsid w:val="3F6800FC"/>
    <w:rsid w:val="409F42AD"/>
    <w:rsid w:val="4191DEAF"/>
    <w:rsid w:val="41DE5F27"/>
    <w:rsid w:val="41E33E0E"/>
    <w:rsid w:val="420D0A7E"/>
    <w:rsid w:val="420E50DF"/>
    <w:rsid w:val="42C69387"/>
    <w:rsid w:val="42DCEC68"/>
    <w:rsid w:val="431CCD98"/>
    <w:rsid w:val="441F347D"/>
    <w:rsid w:val="44521D1B"/>
    <w:rsid w:val="4455E3CC"/>
    <w:rsid w:val="44637C38"/>
    <w:rsid w:val="4565C580"/>
    <w:rsid w:val="45D6AB3D"/>
    <w:rsid w:val="46687021"/>
    <w:rsid w:val="46FDFF08"/>
    <w:rsid w:val="47682D50"/>
    <w:rsid w:val="477F9A27"/>
    <w:rsid w:val="47A3B50A"/>
    <w:rsid w:val="485A6DFD"/>
    <w:rsid w:val="48D1C147"/>
    <w:rsid w:val="48D1C147"/>
    <w:rsid w:val="49C62702"/>
    <w:rsid w:val="49CE477A"/>
    <w:rsid w:val="49D5390A"/>
    <w:rsid w:val="49E739B8"/>
    <w:rsid w:val="49E739B8"/>
    <w:rsid w:val="49F63BDC"/>
    <w:rsid w:val="4B4BF2C0"/>
    <w:rsid w:val="4B75928B"/>
    <w:rsid w:val="4B787350"/>
    <w:rsid w:val="4BA2B0C0"/>
    <w:rsid w:val="4BF37163"/>
    <w:rsid w:val="4BF38C1F"/>
    <w:rsid w:val="4C157D7F"/>
    <w:rsid w:val="4C388396"/>
    <w:rsid w:val="4C3E395E"/>
    <w:rsid w:val="4C3E6A67"/>
    <w:rsid w:val="4C5DBADA"/>
    <w:rsid w:val="4C7C1338"/>
    <w:rsid w:val="4CA275F5"/>
    <w:rsid w:val="4D86C5C3"/>
    <w:rsid w:val="4E65C8BE"/>
    <w:rsid w:val="4F020702"/>
    <w:rsid w:val="4F1D25FC"/>
    <w:rsid w:val="4F32FFE1"/>
    <w:rsid w:val="4F553A1F"/>
    <w:rsid w:val="4FD19715"/>
    <w:rsid w:val="4FD41F56"/>
    <w:rsid w:val="5082C116"/>
    <w:rsid w:val="5094EB27"/>
    <w:rsid w:val="511ED74C"/>
    <w:rsid w:val="5188AC60"/>
    <w:rsid w:val="51DE72A9"/>
    <w:rsid w:val="51FBFA2B"/>
    <w:rsid w:val="52838BBD"/>
    <w:rsid w:val="53E3F435"/>
    <w:rsid w:val="547B140C"/>
    <w:rsid w:val="556F5156"/>
    <w:rsid w:val="560019FB"/>
    <w:rsid w:val="561B21A2"/>
    <w:rsid w:val="5686B898"/>
    <w:rsid w:val="56931DCE"/>
    <w:rsid w:val="573F9B71"/>
    <w:rsid w:val="57A1810D"/>
    <w:rsid w:val="57A50EC5"/>
    <w:rsid w:val="57B66F72"/>
    <w:rsid w:val="5829DD3A"/>
    <w:rsid w:val="5877FE42"/>
    <w:rsid w:val="58CD5751"/>
    <w:rsid w:val="58E1364E"/>
    <w:rsid w:val="598F5660"/>
    <w:rsid w:val="59A0B36E"/>
    <w:rsid w:val="59CEC709"/>
    <w:rsid w:val="5A46D246"/>
    <w:rsid w:val="5A63ACFB"/>
    <w:rsid w:val="5A81EECE"/>
    <w:rsid w:val="5AA8BAF1"/>
    <w:rsid w:val="5B43ECAF"/>
    <w:rsid w:val="5B7EF33B"/>
    <w:rsid w:val="5BDB3463"/>
    <w:rsid w:val="5CE7E17E"/>
    <w:rsid w:val="5D4037F4"/>
    <w:rsid w:val="5EA26FB9"/>
    <w:rsid w:val="5EEDA005"/>
    <w:rsid w:val="5F7E5FB9"/>
    <w:rsid w:val="5FE91999"/>
    <w:rsid w:val="60634672"/>
    <w:rsid w:val="608234D5"/>
    <w:rsid w:val="60C2D91E"/>
    <w:rsid w:val="612BDD85"/>
    <w:rsid w:val="61DF8FBF"/>
    <w:rsid w:val="621741A6"/>
    <w:rsid w:val="62C0F64F"/>
    <w:rsid w:val="62C0F64F"/>
    <w:rsid w:val="6369AAC8"/>
    <w:rsid w:val="638A5F67"/>
    <w:rsid w:val="63C43C94"/>
    <w:rsid w:val="63C43C94"/>
    <w:rsid w:val="6448FDB3"/>
    <w:rsid w:val="65422693"/>
    <w:rsid w:val="659EDA31"/>
    <w:rsid w:val="659EDA31"/>
    <w:rsid w:val="65A06BF1"/>
    <w:rsid w:val="65EBA03E"/>
    <w:rsid w:val="67171B59"/>
    <w:rsid w:val="67916F3C"/>
    <w:rsid w:val="6797C7E9"/>
    <w:rsid w:val="67AE6298"/>
    <w:rsid w:val="67B58ABB"/>
    <w:rsid w:val="67BA45AE"/>
    <w:rsid w:val="687C1EB8"/>
    <w:rsid w:val="68BC8800"/>
    <w:rsid w:val="690574A5"/>
    <w:rsid w:val="690574A5"/>
    <w:rsid w:val="6978F38B"/>
    <w:rsid w:val="69B13475"/>
    <w:rsid w:val="69FB4525"/>
    <w:rsid w:val="6AF1D464"/>
    <w:rsid w:val="6B4CE864"/>
    <w:rsid w:val="6BF8E730"/>
    <w:rsid w:val="6C33AA02"/>
    <w:rsid w:val="6C40ADD6"/>
    <w:rsid w:val="6CC6E543"/>
    <w:rsid w:val="6CC6E543"/>
    <w:rsid w:val="6D2E1E8D"/>
    <w:rsid w:val="6D71A898"/>
    <w:rsid w:val="6D71A898"/>
    <w:rsid w:val="6FCED738"/>
    <w:rsid w:val="6FFD8C08"/>
    <w:rsid w:val="6FFF3458"/>
    <w:rsid w:val="70C3FFF1"/>
    <w:rsid w:val="70DA5596"/>
    <w:rsid w:val="712BF9EE"/>
    <w:rsid w:val="716F8083"/>
    <w:rsid w:val="7194048C"/>
    <w:rsid w:val="732AD684"/>
    <w:rsid w:val="737B620A"/>
    <w:rsid w:val="737D2202"/>
    <w:rsid w:val="7418D8F3"/>
    <w:rsid w:val="74F13CC4"/>
    <w:rsid w:val="75764721"/>
    <w:rsid w:val="76F25103"/>
    <w:rsid w:val="77205361"/>
    <w:rsid w:val="7799A73B"/>
    <w:rsid w:val="77A54AF5"/>
    <w:rsid w:val="77C8878A"/>
    <w:rsid w:val="77D19D6A"/>
    <w:rsid w:val="78D30E9C"/>
    <w:rsid w:val="78D643A9"/>
    <w:rsid w:val="79E33CE6"/>
    <w:rsid w:val="7A25221D"/>
    <w:rsid w:val="7C5E0C62"/>
    <w:rsid w:val="7D46FDCC"/>
    <w:rsid w:val="7D5F02B3"/>
    <w:rsid w:val="7D6224BB"/>
    <w:rsid w:val="7E66C005"/>
    <w:rsid w:val="7E6FE610"/>
    <w:rsid w:val="7F07F3DC"/>
    <w:rsid w:val="7F70A1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52CA3D6"/>
  <w15:docId w15:val="{A2F0753E-A96E-6241-A01E-FB74D710C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D2E76"/>
    <w:pPr>
      <w:keepNext/>
      <w:keepLines/>
      <w:spacing w:before="480" w:after="0"/>
      <w:jc w:val="center"/>
      <w:outlineLvl w:val="0"/>
    </w:pPr>
    <w:rPr>
      <w:rFonts w:ascii="Calibri" w:hAnsi="Calibri" w:eastAsia="Calibri" w:cs="Calibri"/>
      <w:b/>
      <w:bCs/>
      <w:color w:val="366091"/>
      <w:sz w:val="32"/>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hAnsi="Calibri" w:eastAsia="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hAnsi="Calibri" w:eastAsia="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hAnsi="Calibri" w:eastAsia="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hAnsi="Calibri" w:eastAsia="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hAnsi="Calibri" w:eastAsia="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color="4F81BD" w:sz="8" w:space="4"/>
      </w:pBdr>
      <w:spacing w:after="300" w:line="240" w:lineRule="auto"/>
    </w:pPr>
    <w:rPr>
      <w:rFonts w:ascii="Calibri" w:hAnsi="Calibri" w:eastAsia="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DD2E76"/>
    <w:rPr>
      <w:rFonts w:ascii="Calibri" w:hAnsi="Calibri" w:eastAsia="Calibri" w:cs="Calibri"/>
      <w:b/>
      <w:bCs/>
      <w:color w:val="366091"/>
      <w:sz w:val="32"/>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7"/>
      </w:numPr>
      <w:contextualSpacing/>
    </w:pPr>
  </w:style>
  <w:style w:type="paragraph" w:styleId="ListBullet2">
    <w:name w:val="List Bullet 2"/>
    <w:basedOn w:val="Normal"/>
    <w:uiPriority w:val="99"/>
    <w:unhideWhenUsed/>
    <w:rsid w:val="00326F90"/>
    <w:pPr>
      <w:contextualSpacing/>
    </w:pPr>
  </w:style>
  <w:style w:type="paragraph" w:styleId="ListBullet3">
    <w:name w:val="List Bullet 3"/>
    <w:basedOn w:val="Normal"/>
    <w:uiPriority w:val="99"/>
    <w:unhideWhenUsed/>
    <w:rsid w:val="00326F90"/>
    <w:pPr>
      <w:numPr>
        <w:numId w:val="9"/>
      </w:numPr>
      <w:contextualSpacing/>
    </w:pPr>
  </w:style>
  <w:style w:type="paragraph" w:styleId="ListNumber">
    <w:name w:val="List Number"/>
    <w:basedOn w:val="Normal"/>
    <w:uiPriority w:val="99"/>
    <w:unhideWhenUsed/>
    <w:rsid w:val="00326F90"/>
    <w:pPr>
      <w:numPr>
        <w:numId w:val="10"/>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hAnsi="Calibri" w:eastAsia="Calibri" w:cs="Calibri"/>
      <w:i/>
      <w:iCs/>
      <w:color w:val="4F81BD"/>
      <w:sz w:val="24"/>
      <w:szCs w:val="24"/>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87713">
      <w:bodyDiv w:val="1"/>
      <w:marLeft w:val="0"/>
      <w:marRight w:val="0"/>
      <w:marTop w:val="0"/>
      <w:marBottom w:val="0"/>
      <w:divBdr>
        <w:top w:val="none" w:sz="0" w:space="0" w:color="auto"/>
        <w:left w:val="none" w:sz="0" w:space="0" w:color="auto"/>
        <w:bottom w:val="none" w:sz="0" w:space="0" w:color="auto"/>
        <w:right w:val="none" w:sz="0" w:space="0" w:color="auto"/>
      </w:divBdr>
      <w:divsChild>
        <w:div w:id="2012873347">
          <w:marLeft w:val="0"/>
          <w:marRight w:val="0"/>
          <w:marTop w:val="0"/>
          <w:marBottom w:val="0"/>
          <w:divBdr>
            <w:top w:val="none" w:sz="0" w:space="0" w:color="auto"/>
            <w:left w:val="none" w:sz="0" w:space="0" w:color="auto"/>
            <w:bottom w:val="none" w:sz="0" w:space="0" w:color="auto"/>
            <w:right w:val="none" w:sz="0" w:space="0" w:color="auto"/>
          </w:divBdr>
        </w:div>
        <w:div w:id="1448508227">
          <w:marLeft w:val="0"/>
          <w:marRight w:val="0"/>
          <w:marTop w:val="0"/>
          <w:marBottom w:val="0"/>
          <w:divBdr>
            <w:top w:val="none" w:sz="0" w:space="0" w:color="auto"/>
            <w:left w:val="none" w:sz="0" w:space="0" w:color="auto"/>
            <w:bottom w:val="none" w:sz="0" w:space="0" w:color="auto"/>
            <w:right w:val="none" w:sz="0" w:space="0" w:color="auto"/>
          </w:divBdr>
        </w:div>
        <w:div w:id="437649861">
          <w:marLeft w:val="0"/>
          <w:marRight w:val="0"/>
          <w:marTop w:val="0"/>
          <w:marBottom w:val="0"/>
          <w:divBdr>
            <w:top w:val="none" w:sz="0" w:space="0" w:color="auto"/>
            <w:left w:val="none" w:sz="0" w:space="0" w:color="auto"/>
            <w:bottom w:val="none" w:sz="0" w:space="0" w:color="auto"/>
            <w:right w:val="none" w:sz="0" w:space="0" w:color="auto"/>
          </w:divBdr>
        </w:div>
        <w:div w:id="1647202681">
          <w:marLeft w:val="0"/>
          <w:marRight w:val="0"/>
          <w:marTop w:val="0"/>
          <w:marBottom w:val="0"/>
          <w:divBdr>
            <w:top w:val="none" w:sz="0" w:space="0" w:color="auto"/>
            <w:left w:val="none" w:sz="0" w:space="0" w:color="auto"/>
            <w:bottom w:val="none" w:sz="0" w:space="0" w:color="auto"/>
            <w:right w:val="none" w:sz="0" w:space="0" w:color="auto"/>
          </w:divBdr>
        </w:div>
        <w:div w:id="1463768818">
          <w:marLeft w:val="0"/>
          <w:marRight w:val="0"/>
          <w:marTop w:val="0"/>
          <w:marBottom w:val="0"/>
          <w:divBdr>
            <w:top w:val="none" w:sz="0" w:space="0" w:color="auto"/>
            <w:left w:val="none" w:sz="0" w:space="0" w:color="auto"/>
            <w:bottom w:val="none" w:sz="0" w:space="0" w:color="auto"/>
            <w:right w:val="none" w:sz="0" w:space="0" w:color="auto"/>
          </w:divBdr>
        </w:div>
      </w:divsChild>
    </w:div>
    <w:div w:id="1351486756">
      <w:bodyDiv w:val="1"/>
      <w:marLeft w:val="0"/>
      <w:marRight w:val="0"/>
      <w:marTop w:val="0"/>
      <w:marBottom w:val="0"/>
      <w:divBdr>
        <w:top w:val="none" w:sz="0" w:space="0" w:color="auto"/>
        <w:left w:val="none" w:sz="0" w:space="0" w:color="auto"/>
        <w:bottom w:val="none" w:sz="0" w:space="0" w:color="auto"/>
        <w:right w:val="none" w:sz="0" w:space="0" w:color="auto"/>
      </w:divBdr>
      <w:divsChild>
        <w:div w:id="629897240">
          <w:marLeft w:val="0"/>
          <w:marRight w:val="0"/>
          <w:marTop w:val="0"/>
          <w:marBottom w:val="0"/>
          <w:divBdr>
            <w:top w:val="none" w:sz="0" w:space="0" w:color="auto"/>
            <w:left w:val="none" w:sz="0" w:space="0" w:color="auto"/>
            <w:bottom w:val="none" w:sz="0" w:space="0" w:color="auto"/>
            <w:right w:val="none" w:sz="0" w:space="0" w:color="auto"/>
          </w:divBdr>
        </w:div>
        <w:div w:id="1110080064">
          <w:marLeft w:val="0"/>
          <w:marRight w:val="0"/>
          <w:marTop w:val="0"/>
          <w:marBottom w:val="0"/>
          <w:divBdr>
            <w:top w:val="none" w:sz="0" w:space="0" w:color="auto"/>
            <w:left w:val="none" w:sz="0" w:space="0" w:color="auto"/>
            <w:bottom w:val="none" w:sz="0" w:space="0" w:color="auto"/>
            <w:right w:val="none" w:sz="0" w:space="0" w:color="auto"/>
          </w:divBdr>
        </w:div>
        <w:div w:id="1733623899">
          <w:marLeft w:val="0"/>
          <w:marRight w:val="0"/>
          <w:marTop w:val="0"/>
          <w:marBottom w:val="0"/>
          <w:divBdr>
            <w:top w:val="none" w:sz="0" w:space="0" w:color="auto"/>
            <w:left w:val="none" w:sz="0" w:space="0" w:color="auto"/>
            <w:bottom w:val="none" w:sz="0" w:space="0" w:color="auto"/>
            <w:right w:val="none" w:sz="0" w:space="0" w:color="auto"/>
          </w:divBdr>
        </w:div>
        <w:div w:id="1634024008">
          <w:marLeft w:val="0"/>
          <w:marRight w:val="0"/>
          <w:marTop w:val="0"/>
          <w:marBottom w:val="0"/>
          <w:divBdr>
            <w:top w:val="none" w:sz="0" w:space="0" w:color="auto"/>
            <w:left w:val="none" w:sz="0" w:space="0" w:color="auto"/>
            <w:bottom w:val="none" w:sz="0" w:space="0" w:color="auto"/>
            <w:right w:val="none" w:sz="0" w:space="0" w:color="auto"/>
          </w:divBdr>
        </w:div>
        <w:div w:id="10139154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aHU9WiSk0xec6Ny4PDiqRCcg==">CgMxLjAaHwoBMBIaChgICVIUChJ0YWJsZS5tOWQ2dmV1NjdnbDgyDmguZGJsdGpvYWNodGJkMg5oLmtxNTF3NzFpd2tmYzIOaC4zbnduZW42ZG02ZWkyDmgueWI4czZwZzdnYWNnOAByITF0M2NWblNLYkMxcUhhaWgzV0VuSHprWlpOZUNNd1VNOQ==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python-docx</dc:creator>
  <lastModifiedBy>Toruno-Conley, Sara</lastModifiedBy>
  <revision>4</revision>
  <dcterms:created xsi:type="dcterms:W3CDTF">2026-04-02T21:13:00.0000000Z</dcterms:created>
  <dcterms:modified xsi:type="dcterms:W3CDTF">2026-04-09T20:58:41.6515424Z</dcterms:modified>
</coreProperties>
</file>